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E90" w:rsidRPr="00F13869" w:rsidRDefault="00E543CE">
      <w:pPr>
        <w:jc w:val="right"/>
        <w:rPr>
          <w:rFonts w:asciiTheme="majorEastAsia" w:eastAsiaTheme="majorEastAsia" w:hAnsiTheme="majorEastAsia"/>
        </w:rPr>
      </w:pPr>
      <w:proofErr w:type="spellStart"/>
      <w:r w:rsidRPr="00F13869">
        <w:rPr>
          <w:rFonts w:asciiTheme="majorEastAsia" w:eastAsiaTheme="majorEastAsia" w:hAnsiTheme="majorEastAsia"/>
          <w:b/>
        </w:rPr>
        <w:t>様式</w:t>
      </w:r>
      <w:proofErr w:type="spellEnd"/>
      <w:r w:rsidR="00CB3E95">
        <w:rPr>
          <w:rFonts w:asciiTheme="majorEastAsia" w:eastAsiaTheme="majorEastAsia" w:hAnsiTheme="majorEastAsia" w:hint="eastAsia"/>
          <w:b/>
          <w:lang w:eastAsia="ja-JP"/>
        </w:rPr>
        <w:t>１</w:t>
      </w:r>
    </w:p>
    <w:p w:rsidR="00782E90" w:rsidRPr="00F13869" w:rsidRDefault="00E543CE">
      <w:pPr>
        <w:jc w:val="center"/>
        <w:rPr>
          <w:rFonts w:asciiTheme="majorEastAsia" w:eastAsiaTheme="majorEastAsia" w:hAnsiTheme="majorEastAsia"/>
        </w:rPr>
      </w:pPr>
      <w:r w:rsidRPr="00F13869">
        <w:rPr>
          <w:rFonts w:asciiTheme="majorEastAsia" w:eastAsiaTheme="majorEastAsia" w:hAnsiTheme="majorEastAsia"/>
          <w:b/>
          <w:sz w:val="28"/>
        </w:rPr>
        <w:t>参加申込書</w:t>
      </w:r>
    </w:p>
    <w:p w:rsidR="00782E90" w:rsidRPr="00F13869" w:rsidRDefault="00782E90">
      <w:pPr>
        <w:rPr>
          <w:rFonts w:asciiTheme="majorEastAsia" w:eastAsiaTheme="majorEastAsia" w:hAnsiTheme="majorEastAsia"/>
        </w:rPr>
      </w:pPr>
    </w:p>
    <w:p w:rsidR="00782E90" w:rsidRPr="00F13869" w:rsidRDefault="00E543CE">
      <w:pPr>
        <w:jc w:val="right"/>
        <w:rPr>
          <w:rFonts w:asciiTheme="majorEastAsia" w:eastAsiaTheme="majorEastAsia" w:hAnsiTheme="majorEastAsia"/>
        </w:rPr>
      </w:pPr>
      <w:r w:rsidRPr="00F13869">
        <w:rPr>
          <w:rFonts w:asciiTheme="majorEastAsia" w:eastAsiaTheme="majorEastAsia" w:hAnsiTheme="majorEastAsia"/>
        </w:rPr>
        <w:t>令和　年　月　日</w:t>
      </w:r>
    </w:p>
    <w:p w:rsidR="00782E90" w:rsidRPr="00F13869" w:rsidRDefault="00E543CE">
      <w:pPr>
        <w:rPr>
          <w:rFonts w:asciiTheme="majorEastAsia" w:eastAsiaTheme="majorEastAsia" w:hAnsiTheme="majorEastAsia"/>
        </w:rPr>
      </w:pPr>
      <w:r w:rsidRPr="00F13869">
        <w:rPr>
          <w:rFonts w:asciiTheme="majorEastAsia" w:eastAsiaTheme="majorEastAsia" w:hAnsiTheme="majorEastAsia"/>
        </w:rPr>
        <w:t>奄美市長　殿</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381"/>
        <w:gridCol w:w="6803"/>
      </w:tblGrid>
      <w:tr w:rsidR="00782E90" w:rsidRPr="00F13869">
        <w:trPr>
          <w:jc w:val="center"/>
        </w:trPr>
        <w:tc>
          <w:tcPr>
            <w:tcW w:w="2381" w:type="dxa"/>
            <w:shd w:val="clear" w:color="auto" w:fill="EDEDED"/>
            <w:tcMar>
              <w:top w:w="100" w:type="dxa"/>
              <w:left w:w="120" w:type="dxa"/>
              <w:bottom w:w="100" w:type="dxa"/>
              <w:right w:w="120" w:type="dxa"/>
            </w:tcMar>
            <w:vAlign w:val="center"/>
          </w:tcPr>
          <w:p w:rsidR="00782E90" w:rsidRPr="00F13869" w:rsidRDefault="00E543CE">
            <w:pPr>
              <w:rPr>
                <w:rFonts w:asciiTheme="majorEastAsia" w:eastAsiaTheme="majorEastAsia" w:hAnsiTheme="majorEastAsia"/>
              </w:rPr>
            </w:pPr>
            <w:r w:rsidRPr="00F13869">
              <w:rPr>
                <w:rFonts w:asciiTheme="majorEastAsia" w:eastAsiaTheme="majorEastAsia" w:hAnsiTheme="majorEastAsia"/>
              </w:rPr>
              <w:t>所在地</w:t>
            </w:r>
          </w:p>
        </w:tc>
        <w:tc>
          <w:tcPr>
            <w:tcW w:w="6803" w:type="dxa"/>
            <w:tcMar>
              <w:top w:w="100" w:type="dxa"/>
              <w:left w:w="120" w:type="dxa"/>
              <w:bottom w:w="100" w:type="dxa"/>
              <w:right w:w="120" w:type="dxa"/>
            </w:tcMar>
            <w:vAlign w:val="center"/>
          </w:tcPr>
          <w:p w:rsidR="00782E90" w:rsidRPr="00F13869" w:rsidRDefault="00782E90">
            <w:pPr>
              <w:rPr>
                <w:rFonts w:asciiTheme="majorEastAsia" w:eastAsiaTheme="majorEastAsia" w:hAnsiTheme="majorEastAsia"/>
              </w:rPr>
            </w:pPr>
          </w:p>
        </w:tc>
      </w:tr>
      <w:tr w:rsidR="00782E90" w:rsidRPr="00F13869">
        <w:trPr>
          <w:jc w:val="center"/>
        </w:trPr>
        <w:tc>
          <w:tcPr>
            <w:tcW w:w="2381" w:type="dxa"/>
            <w:shd w:val="clear" w:color="auto" w:fill="EDEDED"/>
            <w:tcMar>
              <w:top w:w="100" w:type="dxa"/>
              <w:left w:w="120" w:type="dxa"/>
              <w:bottom w:w="100" w:type="dxa"/>
              <w:right w:w="120" w:type="dxa"/>
            </w:tcMar>
            <w:vAlign w:val="center"/>
          </w:tcPr>
          <w:p w:rsidR="00782E90" w:rsidRPr="00F13869" w:rsidRDefault="00E543CE">
            <w:pPr>
              <w:rPr>
                <w:rFonts w:asciiTheme="majorEastAsia" w:eastAsiaTheme="majorEastAsia" w:hAnsiTheme="majorEastAsia"/>
              </w:rPr>
            </w:pPr>
            <w:r w:rsidRPr="00F13869">
              <w:rPr>
                <w:rFonts w:asciiTheme="majorEastAsia" w:eastAsiaTheme="majorEastAsia" w:hAnsiTheme="majorEastAsia"/>
              </w:rPr>
              <w:t>事業者名</w:t>
            </w:r>
          </w:p>
        </w:tc>
        <w:tc>
          <w:tcPr>
            <w:tcW w:w="6803" w:type="dxa"/>
            <w:tcMar>
              <w:top w:w="100" w:type="dxa"/>
              <w:left w:w="120" w:type="dxa"/>
              <w:bottom w:w="100" w:type="dxa"/>
              <w:right w:w="120" w:type="dxa"/>
            </w:tcMar>
            <w:vAlign w:val="center"/>
          </w:tcPr>
          <w:p w:rsidR="00782E90" w:rsidRPr="00F13869" w:rsidRDefault="00782E90">
            <w:pPr>
              <w:rPr>
                <w:rFonts w:asciiTheme="majorEastAsia" w:eastAsiaTheme="majorEastAsia" w:hAnsiTheme="majorEastAsia"/>
              </w:rPr>
            </w:pPr>
          </w:p>
        </w:tc>
      </w:tr>
      <w:tr w:rsidR="00782E90" w:rsidRPr="00F13869">
        <w:trPr>
          <w:jc w:val="center"/>
        </w:trPr>
        <w:tc>
          <w:tcPr>
            <w:tcW w:w="2381" w:type="dxa"/>
            <w:shd w:val="clear" w:color="auto" w:fill="EDEDED"/>
            <w:tcMar>
              <w:top w:w="100" w:type="dxa"/>
              <w:left w:w="120" w:type="dxa"/>
              <w:bottom w:w="100" w:type="dxa"/>
              <w:right w:w="120" w:type="dxa"/>
            </w:tcMar>
            <w:vAlign w:val="center"/>
          </w:tcPr>
          <w:p w:rsidR="00782E90" w:rsidRPr="00F13869" w:rsidRDefault="00E543CE">
            <w:pPr>
              <w:rPr>
                <w:rFonts w:asciiTheme="majorEastAsia" w:eastAsiaTheme="majorEastAsia" w:hAnsiTheme="majorEastAsia"/>
              </w:rPr>
            </w:pPr>
            <w:r w:rsidRPr="00F13869">
              <w:rPr>
                <w:rFonts w:asciiTheme="majorEastAsia" w:eastAsiaTheme="majorEastAsia" w:hAnsiTheme="majorEastAsia"/>
              </w:rPr>
              <w:t>代表者職・氏名</w:t>
            </w:r>
          </w:p>
        </w:tc>
        <w:tc>
          <w:tcPr>
            <w:tcW w:w="6803" w:type="dxa"/>
            <w:tcMar>
              <w:top w:w="100" w:type="dxa"/>
              <w:left w:w="120" w:type="dxa"/>
              <w:bottom w:w="100" w:type="dxa"/>
              <w:right w:w="120" w:type="dxa"/>
            </w:tcMar>
            <w:vAlign w:val="center"/>
          </w:tcPr>
          <w:p w:rsidR="00782E90" w:rsidRPr="00F13869" w:rsidRDefault="00782E90">
            <w:pPr>
              <w:rPr>
                <w:rFonts w:asciiTheme="majorEastAsia" w:eastAsiaTheme="majorEastAsia" w:hAnsiTheme="majorEastAsia"/>
              </w:rPr>
            </w:pPr>
          </w:p>
        </w:tc>
      </w:tr>
      <w:tr w:rsidR="00782E90" w:rsidRPr="00F13869">
        <w:trPr>
          <w:jc w:val="center"/>
        </w:trPr>
        <w:tc>
          <w:tcPr>
            <w:tcW w:w="2381" w:type="dxa"/>
            <w:shd w:val="clear" w:color="auto" w:fill="EDEDED"/>
            <w:tcMar>
              <w:top w:w="100" w:type="dxa"/>
              <w:left w:w="120" w:type="dxa"/>
              <w:bottom w:w="100" w:type="dxa"/>
              <w:right w:w="120" w:type="dxa"/>
            </w:tcMar>
            <w:vAlign w:val="center"/>
          </w:tcPr>
          <w:p w:rsidR="00782E90" w:rsidRPr="00F13869" w:rsidRDefault="00E543CE">
            <w:pPr>
              <w:rPr>
                <w:rFonts w:asciiTheme="majorEastAsia" w:eastAsiaTheme="majorEastAsia" w:hAnsiTheme="majorEastAsia"/>
              </w:rPr>
            </w:pPr>
            <w:r w:rsidRPr="00F13869">
              <w:rPr>
                <w:rFonts w:asciiTheme="majorEastAsia" w:eastAsiaTheme="majorEastAsia" w:hAnsiTheme="majorEastAsia"/>
              </w:rPr>
              <w:t>担当者連絡先</w:t>
            </w:r>
          </w:p>
        </w:tc>
        <w:tc>
          <w:tcPr>
            <w:tcW w:w="6803" w:type="dxa"/>
            <w:tcMar>
              <w:top w:w="100" w:type="dxa"/>
              <w:left w:w="120" w:type="dxa"/>
              <w:bottom w:w="100" w:type="dxa"/>
              <w:right w:w="120" w:type="dxa"/>
            </w:tcMar>
            <w:vAlign w:val="center"/>
          </w:tcPr>
          <w:p w:rsidR="00782E90" w:rsidRPr="00F13869" w:rsidRDefault="00782E90">
            <w:pPr>
              <w:rPr>
                <w:rFonts w:asciiTheme="majorEastAsia" w:eastAsiaTheme="majorEastAsia" w:hAnsiTheme="majorEastAsia"/>
              </w:rPr>
            </w:pPr>
          </w:p>
        </w:tc>
      </w:tr>
    </w:tbl>
    <w:p w:rsidR="00782E90" w:rsidRPr="00F13869" w:rsidRDefault="00782E90">
      <w:pPr>
        <w:rPr>
          <w:rFonts w:asciiTheme="majorEastAsia" w:eastAsiaTheme="majorEastAsia" w:hAnsiTheme="majorEastAsia"/>
        </w:rPr>
      </w:pPr>
    </w:p>
    <w:p w:rsidR="00782E90" w:rsidRPr="00F13869" w:rsidRDefault="00E543CE">
      <w:pPr>
        <w:rPr>
          <w:rFonts w:asciiTheme="majorEastAsia" w:eastAsiaTheme="majorEastAsia" w:hAnsiTheme="majorEastAsia"/>
          <w:lang w:eastAsia="ja-JP"/>
        </w:rPr>
      </w:pPr>
      <w:r w:rsidRPr="00F13869">
        <w:rPr>
          <w:rFonts w:asciiTheme="majorEastAsia" w:eastAsiaTheme="majorEastAsia" w:hAnsiTheme="majorEastAsia"/>
          <w:lang w:eastAsia="ja-JP"/>
        </w:rPr>
        <w:t>奄美市名瀬地区自家用有償旅客運送運行委託業務公募型プロポーザルに参加したいので，関係書類を添えて申し込みます。</w:t>
      </w:r>
    </w:p>
    <w:p w:rsidR="00782E90" w:rsidRPr="00F13869" w:rsidRDefault="00782E90">
      <w:pPr>
        <w:rPr>
          <w:rFonts w:asciiTheme="majorEastAsia" w:eastAsiaTheme="majorEastAsia" w:hAnsiTheme="majorEastAsia"/>
          <w:lang w:eastAsia="ja-JP"/>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35"/>
        <w:gridCol w:w="6350"/>
      </w:tblGrid>
      <w:tr w:rsidR="00782E90" w:rsidRPr="00F13869">
        <w:trPr>
          <w:jc w:val="center"/>
        </w:trPr>
        <w:tc>
          <w:tcPr>
            <w:tcW w:w="2835" w:type="dxa"/>
            <w:shd w:val="clear" w:color="auto" w:fill="EDEDED"/>
            <w:tcMar>
              <w:top w:w="100" w:type="dxa"/>
              <w:left w:w="120" w:type="dxa"/>
              <w:bottom w:w="100" w:type="dxa"/>
              <w:right w:w="120" w:type="dxa"/>
            </w:tcMar>
            <w:vAlign w:val="center"/>
          </w:tcPr>
          <w:p w:rsidR="00782E90" w:rsidRPr="00F13869" w:rsidRDefault="00E543CE">
            <w:pPr>
              <w:rPr>
                <w:rFonts w:asciiTheme="majorEastAsia" w:eastAsiaTheme="majorEastAsia" w:hAnsiTheme="majorEastAsia"/>
              </w:rPr>
            </w:pPr>
            <w:proofErr w:type="spellStart"/>
            <w:r w:rsidRPr="00F13869">
              <w:rPr>
                <w:rFonts w:asciiTheme="majorEastAsia" w:eastAsiaTheme="majorEastAsia" w:hAnsiTheme="majorEastAsia"/>
              </w:rPr>
              <w:t>担当者氏名</w:t>
            </w:r>
            <w:proofErr w:type="spellEnd"/>
          </w:p>
        </w:tc>
        <w:tc>
          <w:tcPr>
            <w:tcW w:w="6350" w:type="dxa"/>
            <w:tcMar>
              <w:top w:w="100" w:type="dxa"/>
              <w:left w:w="120" w:type="dxa"/>
              <w:bottom w:w="100" w:type="dxa"/>
              <w:right w:w="120" w:type="dxa"/>
            </w:tcMar>
            <w:vAlign w:val="center"/>
          </w:tcPr>
          <w:p w:rsidR="00782E90" w:rsidRPr="00F13869" w:rsidRDefault="00782E90">
            <w:pPr>
              <w:spacing w:after="0"/>
              <w:rPr>
                <w:rFonts w:asciiTheme="majorEastAsia" w:eastAsiaTheme="majorEastAsia" w:hAnsiTheme="majorEastAsia"/>
              </w:rPr>
            </w:pPr>
          </w:p>
        </w:tc>
      </w:tr>
      <w:tr w:rsidR="00782E90" w:rsidRPr="00F13869">
        <w:trPr>
          <w:jc w:val="center"/>
        </w:trPr>
        <w:tc>
          <w:tcPr>
            <w:tcW w:w="2835" w:type="dxa"/>
            <w:shd w:val="clear" w:color="auto" w:fill="EDEDED"/>
            <w:tcMar>
              <w:top w:w="100" w:type="dxa"/>
              <w:left w:w="120" w:type="dxa"/>
              <w:bottom w:w="100" w:type="dxa"/>
              <w:right w:w="120" w:type="dxa"/>
            </w:tcMar>
            <w:vAlign w:val="center"/>
          </w:tcPr>
          <w:p w:rsidR="00782E90" w:rsidRPr="00F13869" w:rsidRDefault="00E543CE">
            <w:pPr>
              <w:rPr>
                <w:rFonts w:asciiTheme="majorEastAsia" w:eastAsiaTheme="majorEastAsia" w:hAnsiTheme="majorEastAsia"/>
              </w:rPr>
            </w:pPr>
            <w:r w:rsidRPr="00F13869">
              <w:rPr>
                <w:rFonts w:asciiTheme="majorEastAsia" w:eastAsiaTheme="majorEastAsia" w:hAnsiTheme="majorEastAsia"/>
              </w:rPr>
              <w:t>所属・役職</w:t>
            </w:r>
          </w:p>
        </w:tc>
        <w:tc>
          <w:tcPr>
            <w:tcW w:w="6350" w:type="dxa"/>
            <w:tcMar>
              <w:top w:w="100" w:type="dxa"/>
              <w:left w:w="120" w:type="dxa"/>
              <w:bottom w:w="100" w:type="dxa"/>
              <w:right w:w="120" w:type="dxa"/>
            </w:tcMar>
            <w:vAlign w:val="center"/>
          </w:tcPr>
          <w:p w:rsidR="00782E90" w:rsidRPr="00F13869" w:rsidRDefault="00782E90">
            <w:pPr>
              <w:spacing w:after="0"/>
              <w:rPr>
                <w:rFonts w:asciiTheme="majorEastAsia" w:eastAsiaTheme="majorEastAsia" w:hAnsiTheme="majorEastAsia"/>
              </w:rPr>
            </w:pPr>
          </w:p>
        </w:tc>
      </w:tr>
      <w:tr w:rsidR="00782E90" w:rsidRPr="00F13869">
        <w:trPr>
          <w:jc w:val="center"/>
        </w:trPr>
        <w:tc>
          <w:tcPr>
            <w:tcW w:w="2835" w:type="dxa"/>
            <w:shd w:val="clear" w:color="auto" w:fill="EDEDED"/>
            <w:tcMar>
              <w:top w:w="100" w:type="dxa"/>
              <w:left w:w="120" w:type="dxa"/>
              <w:bottom w:w="100" w:type="dxa"/>
              <w:right w:w="120" w:type="dxa"/>
            </w:tcMar>
            <w:vAlign w:val="center"/>
          </w:tcPr>
          <w:p w:rsidR="00782E90" w:rsidRPr="00F13869" w:rsidRDefault="00E543CE">
            <w:pPr>
              <w:rPr>
                <w:rFonts w:asciiTheme="majorEastAsia" w:eastAsiaTheme="majorEastAsia" w:hAnsiTheme="majorEastAsia"/>
              </w:rPr>
            </w:pPr>
            <w:r w:rsidRPr="00F13869">
              <w:rPr>
                <w:rFonts w:asciiTheme="majorEastAsia" w:eastAsiaTheme="majorEastAsia" w:hAnsiTheme="majorEastAsia"/>
              </w:rPr>
              <w:t>電話番号</w:t>
            </w:r>
          </w:p>
        </w:tc>
        <w:tc>
          <w:tcPr>
            <w:tcW w:w="6350" w:type="dxa"/>
            <w:tcMar>
              <w:top w:w="100" w:type="dxa"/>
              <w:left w:w="120" w:type="dxa"/>
              <w:bottom w:w="100" w:type="dxa"/>
              <w:right w:w="120" w:type="dxa"/>
            </w:tcMar>
            <w:vAlign w:val="center"/>
          </w:tcPr>
          <w:p w:rsidR="00782E90" w:rsidRPr="00F13869" w:rsidRDefault="00782E90">
            <w:pPr>
              <w:spacing w:after="0"/>
              <w:rPr>
                <w:rFonts w:asciiTheme="majorEastAsia" w:eastAsiaTheme="majorEastAsia" w:hAnsiTheme="majorEastAsia"/>
              </w:rPr>
            </w:pPr>
          </w:p>
        </w:tc>
      </w:tr>
      <w:tr w:rsidR="00782E90" w:rsidRPr="00F13869">
        <w:trPr>
          <w:jc w:val="center"/>
        </w:trPr>
        <w:tc>
          <w:tcPr>
            <w:tcW w:w="2835" w:type="dxa"/>
            <w:shd w:val="clear" w:color="auto" w:fill="EDEDED"/>
            <w:tcMar>
              <w:top w:w="100" w:type="dxa"/>
              <w:left w:w="120" w:type="dxa"/>
              <w:bottom w:w="100" w:type="dxa"/>
              <w:right w:w="120" w:type="dxa"/>
            </w:tcMar>
            <w:vAlign w:val="center"/>
          </w:tcPr>
          <w:p w:rsidR="00782E90" w:rsidRPr="00F13869" w:rsidRDefault="00E543CE">
            <w:pPr>
              <w:rPr>
                <w:rFonts w:asciiTheme="majorEastAsia" w:eastAsiaTheme="majorEastAsia" w:hAnsiTheme="majorEastAsia"/>
              </w:rPr>
            </w:pPr>
            <w:r w:rsidRPr="00F13869">
              <w:rPr>
                <w:rFonts w:asciiTheme="majorEastAsia" w:eastAsiaTheme="majorEastAsia" w:hAnsiTheme="majorEastAsia"/>
              </w:rPr>
              <w:t>電子メール</w:t>
            </w:r>
          </w:p>
        </w:tc>
        <w:tc>
          <w:tcPr>
            <w:tcW w:w="6350" w:type="dxa"/>
            <w:tcMar>
              <w:top w:w="100" w:type="dxa"/>
              <w:left w:w="120" w:type="dxa"/>
              <w:bottom w:w="100" w:type="dxa"/>
              <w:right w:w="120" w:type="dxa"/>
            </w:tcMar>
            <w:vAlign w:val="center"/>
          </w:tcPr>
          <w:p w:rsidR="00782E90" w:rsidRPr="00F13869" w:rsidRDefault="00782E90">
            <w:pPr>
              <w:spacing w:after="0"/>
              <w:rPr>
                <w:rFonts w:asciiTheme="majorEastAsia" w:eastAsiaTheme="majorEastAsia" w:hAnsiTheme="majorEastAsia"/>
              </w:rPr>
            </w:pPr>
          </w:p>
        </w:tc>
      </w:tr>
      <w:tr w:rsidR="00782E90" w:rsidRPr="00F13869">
        <w:trPr>
          <w:jc w:val="center"/>
        </w:trPr>
        <w:tc>
          <w:tcPr>
            <w:tcW w:w="2835" w:type="dxa"/>
            <w:shd w:val="clear" w:color="auto" w:fill="EDEDED"/>
            <w:tcMar>
              <w:top w:w="100" w:type="dxa"/>
              <w:left w:w="120" w:type="dxa"/>
              <w:bottom w:w="100" w:type="dxa"/>
              <w:right w:w="120" w:type="dxa"/>
            </w:tcMar>
            <w:vAlign w:val="center"/>
          </w:tcPr>
          <w:p w:rsidR="00782E90" w:rsidRPr="00F13869" w:rsidRDefault="00E543CE">
            <w:pPr>
              <w:rPr>
                <w:rFonts w:asciiTheme="majorEastAsia" w:eastAsiaTheme="majorEastAsia" w:hAnsiTheme="majorEastAsia"/>
              </w:rPr>
            </w:pPr>
            <w:r w:rsidRPr="00F13869">
              <w:rPr>
                <w:rFonts w:asciiTheme="majorEastAsia" w:eastAsiaTheme="majorEastAsia" w:hAnsiTheme="majorEastAsia"/>
              </w:rPr>
              <w:t>提出書類確認</w:t>
            </w:r>
          </w:p>
        </w:tc>
        <w:tc>
          <w:tcPr>
            <w:tcW w:w="6350" w:type="dxa"/>
            <w:tcMar>
              <w:top w:w="100" w:type="dxa"/>
              <w:left w:w="120" w:type="dxa"/>
              <w:bottom w:w="100" w:type="dxa"/>
              <w:right w:w="120" w:type="dxa"/>
            </w:tcMar>
            <w:vAlign w:val="center"/>
          </w:tcPr>
          <w:p w:rsidR="00782E90" w:rsidRPr="00F13869" w:rsidRDefault="00E543CE">
            <w:pPr>
              <w:rPr>
                <w:rFonts w:asciiTheme="majorEastAsia" w:eastAsiaTheme="majorEastAsia" w:hAnsiTheme="majorEastAsia"/>
                <w:lang w:eastAsia="ja-JP"/>
              </w:rPr>
            </w:pPr>
            <w:r w:rsidRPr="00F13869">
              <w:rPr>
                <w:rFonts w:asciiTheme="majorEastAsia" w:eastAsiaTheme="majorEastAsia" w:hAnsiTheme="majorEastAsia"/>
                <w:lang w:eastAsia="ja-JP"/>
              </w:rPr>
              <w:t>□ 運営体制確認書　□ 業務実績書</w:t>
            </w:r>
            <w:r w:rsidR="00CB3E95">
              <w:rPr>
                <w:rFonts w:asciiTheme="majorEastAsia" w:eastAsiaTheme="majorEastAsia" w:hAnsiTheme="majorEastAsia" w:hint="eastAsia"/>
                <w:lang w:eastAsia="ja-JP"/>
              </w:rPr>
              <w:t xml:space="preserve">　</w:t>
            </w:r>
            <w:r w:rsidRPr="00F13869">
              <w:rPr>
                <w:rFonts w:asciiTheme="majorEastAsia" w:eastAsiaTheme="majorEastAsia" w:hAnsiTheme="majorEastAsia"/>
                <w:lang w:eastAsia="ja-JP"/>
              </w:rPr>
              <w:t xml:space="preserve">□ 見積書・内訳書　</w:t>
            </w:r>
          </w:p>
        </w:tc>
      </w:tr>
    </w:tbl>
    <w:p w:rsidR="00782E90" w:rsidRDefault="00782E90">
      <w:pPr>
        <w:rPr>
          <w:rFonts w:asciiTheme="majorEastAsia" w:eastAsiaTheme="majorEastAsia" w:hAnsiTheme="majorEastAsia"/>
          <w:lang w:eastAsia="ja-JP"/>
        </w:rPr>
      </w:pPr>
    </w:p>
    <w:p w:rsidR="00CB3E95" w:rsidRPr="00CB3E95" w:rsidRDefault="00CB3E95">
      <w:pPr>
        <w:rPr>
          <w:rFonts w:asciiTheme="majorEastAsia" w:eastAsiaTheme="majorEastAsia" w:hAnsiTheme="majorEastAsia"/>
          <w:lang w:eastAsia="ja-JP"/>
        </w:rPr>
      </w:pPr>
    </w:p>
    <w:p w:rsidR="00CB3E95" w:rsidRPr="00F13869" w:rsidRDefault="00CB3E95" w:rsidP="00CB3E95">
      <w:pPr>
        <w:rPr>
          <w:rFonts w:asciiTheme="majorEastAsia" w:eastAsiaTheme="majorEastAsia" w:hAnsiTheme="majorEastAsia"/>
          <w:lang w:eastAsia="ja-JP"/>
        </w:rPr>
      </w:pPr>
      <w:r w:rsidRPr="00F13869">
        <w:rPr>
          <w:rFonts w:asciiTheme="majorEastAsia" w:eastAsiaTheme="majorEastAsia" w:hAnsiTheme="majorEastAsia"/>
          <w:lang w:eastAsia="ja-JP"/>
        </w:rPr>
        <w:t>本プロポーザルへの参加に当たり，次の事項を誓約します。</w:t>
      </w:r>
    </w:p>
    <w:p w:rsidR="00CB3E95" w:rsidRPr="00F13869" w:rsidRDefault="00CB3E95" w:rsidP="00CB3E95">
      <w:pPr>
        <w:ind w:left="283"/>
        <w:rPr>
          <w:rFonts w:asciiTheme="majorEastAsia" w:eastAsiaTheme="majorEastAsia" w:hAnsiTheme="majorEastAsia"/>
          <w:lang w:eastAsia="ja-JP"/>
        </w:rPr>
      </w:pPr>
      <w:r w:rsidRPr="00F13869">
        <w:rPr>
          <w:rFonts w:asciiTheme="majorEastAsia" w:eastAsiaTheme="majorEastAsia" w:hAnsiTheme="majorEastAsia"/>
          <w:lang w:eastAsia="ja-JP"/>
        </w:rPr>
        <w:t>□　実施要領に定める参加資格を満たしています。</w:t>
      </w:r>
    </w:p>
    <w:p w:rsidR="00CB3E95" w:rsidRPr="00F13869" w:rsidRDefault="00CB3E95" w:rsidP="00CB3E95">
      <w:pPr>
        <w:ind w:left="283"/>
        <w:rPr>
          <w:rFonts w:asciiTheme="majorEastAsia" w:eastAsiaTheme="majorEastAsia" w:hAnsiTheme="majorEastAsia"/>
          <w:lang w:eastAsia="ja-JP"/>
        </w:rPr>
      </w:pPr>
      <w:r w:rsidRPr="00F13869">
        <w:rPr>
          <w:rFonts w:asciiTheme="majorEastAsia" w:eastAsiaTheme="majorEastAsia" w:hAnsiTheme="majorEastAsia"/>
          <w:lang w:eastAsia="ja-JP"/>
        </w:rPr>
        <w:t>□　提出書類の記載内容に虚偽はありません。</w:t>
      </w:r>
    </w:p>
    <w:p w:rsidR="00CB3E95" w:rsidRPr="00F13869" w:rsidRDefault="00CB3E95" w:rsidP="00CB3E95">
      <w:pPr>
        <w:ind w:left="283"/>
        <w:rPr>
          <w:rFonts w:asciiTheme="majorEastAsia" w:eastAsiaTheme="majorEastAsia" w:hAnsiTheme="majorEastAsia"/>
          <w:lang w:eastAsia="ja-JP"/>
        </w:rPr>
      </w:pPr>
      <w:r w:rsidRPr="00F13869">
        <w:rPr>
          <w:rFonts w:asciiTheme="majorEastAsia" w:eastAsiaTheme="majorEastAsia" w:hAnsiTheme="majorEastAsia"/>
          <w:lang w:eastAsia="ja-JP"/>
        </w:rPr>
        <w:t>□　受託候補者に選定された場合は，仕様書に基づき誠実に業務を履行します。</w:t>
      </w:r>
    </w:p>
    <w:p w:rsidR="00CB3E95" w:rsidRPr="00F13869" w:rsidRDefault="00CB3E95" w:rsidP="00CB3E95">
      <w:pPr>
        <w:ind w:left="283"/>
        <w:rPr>
          <w:rFonts w:asciiTheme="majorEastAsia" w:eastAsiaTheme="majorEastAsia" w:hAnsiTheme="majorEastAsia"/>
          <w:lang w:eastAsia="ja-JP"/>
        </w:rPr>
      </w:pPr>
      <w:r w:rsidRPr="00F13869">
        <w:rPr>
          <w:rFonts w:asciiTheme="majorEastAsia" w:eastAsiaTheme="majorEastAsia" w:hAnsiTheme="majorEastAsia"/>
          <w:lang w:eastAsia="ja-JP"/>
        </w:rPr>
        <w:t>□　暴力団又は暴力団員と密接な関係を有していません。</w:t>
      </w:r>
    </w:p>
    <w:p w:rsidR="00CB3E95" w:rsidRPr="00D65B1A" w:rsidRDefault="00CB3E95" w:rsidP="00D65B1A">
      <w:pPr>
        <w:ind w:left="283"/>
        <w:rPr>
          <w:rFonts w:asciiTheme="majorEastAsia" w:eastAsiaTheme="majorEastAsia" w:hAnsiTheme="majorEastAsia" w:hint="eastAsia"/>
          <w:lang w:eastAsia="ja-JP"/>
        </w:rPr>
      </w:pPr>
      <w:r w:rsidRPr="00F13869">
        <w:rPr>
          <w:rFonts w:asciiTheme="majorEastAsia" w:eastAsiaTheme="majorEastAsia" w:hAnsiTheme="majorEastAsia"/>
          <w:lang w:eastAsia="ja-JP"/>
        </w:rPr>
        <w:t>□　市が参加資格の確認に必要な範囲で関係機関へ照会することに同意します。</w:t>
      </w:r>
      <w:bookmarkStart w:id="0" w:name="_GoBack"/>
      <w:bookmarkEnd w:id="0"/>
    </w:p>
    <w:sectPr w:rsidR="00CB3E95" w:rsidRPr="00D65B1A" w:rsidSect="00F203D7">
      <w:pgSz w:w="12240" w:h="15840"/>
      <w:pgMar w:top="1134" w:right="1247"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61F" w:rsidRDefault="0009361F">
      <w:pPr>
        <w:spacing w:after="0" w:line="240" w:lineRule="auto"/>
      </w:pPr>
      <w:r>
        <w:separator/>
      </w:r>
    </w:p>
  </w:endnote>
  <w:endnote w:type="continuationSeparator" w:id="0">
    <w:p w:rsidR="0009361F" w:rsidRDefault="00093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61F" w:rsidRDefault="0009361F">
      <w:pPr>
        <w:spacing w:after="0" w:line="240" w:lineRule="auto"/>
      </w:pPr>
      <w:r>
        <w:separator/>
      </w:r>
    </w:p>
  </w:footnote>
  <w:footnote w:type="continuationSeparator" w:id="0">
    <w:p w:rsidR="0009361F" w:rsidRDefault="00093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characterSpacingControl w:val="doNotCompress"/>
  <w:hdrShapeDefaults>
    <o:shapedefaults v:ext="edit" spidmax="1843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852"/>
    <w:rsid w:val="0009361F"/>
    <w:rsid w:val="0015074B"/>
    <w:rsid w:val="0029639D"/>
    <w:rsid w:val="002D2512"/>
    <w:rsid w:val="00326F90"/>
    <w:rsid w:val="005D4EE3"/>
    <w:rsid w:val="00693E51"/>
    <w:rsid w:val="00701C76"/>
    <w:rsid w:val="00782E90"/>
    <w:rsid w:val="0095791C"/>
    <w:rsid w:val="009B7658"/>
    <w:rsid w:val="00A447EB"/>
    <w:rsid w:val="00AA1D8D"/>
    <w:rsid w:val="00B47730"/>
    <w:rsid w:val="00B92320"/>
    <w:rsid w:val="00CB0664"/>
    <w:rsid w:val="00CB3E95"/>
    <w:rsid w:val="00D034E1"/>
    <w:rsid w:val="00D65B1A"/>
    <w:rsid w:val="00E543CE"/>
    <w:rsid w:val="00F13869"/>
    <w:rsid w:val="00F203D7"/>
    <w:rsid w:val="00F60E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v:textbox inset="5.85pt,.7pt,5.85pt,.7pt"/>
    </o:shapedefaults>
    <o:shapelayout v:ext="edit">
      <o:idmap v:ext="edit" data="1"/>
    </o:shapelayout>
  </w:shapeDefaults>
  <w:decimalSymbol w:val="."/>
  <w:listSeparator w:val=","/>
  <w14:docId w14:val="3BDD4322"/>
  <w14:defaultImageDpi w14:val="300"/>
  <w15:docId w15:val="{5DF82FEE-E563-4A88-B334-8D3B5266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pPr>
      <w:spacing w:after="60" w:line="288" w:lineRule="auto"/>
    </w:pPr>
    <w:rPr>
      <w:rFonts w:ascii="BIZ UD明朝 Medium" w:eastAsia="BIZ UD明朝 Medium" w:hAnsi="BIZ UD明朝 Medium"/>
      <w:sz w:val="21"/>
    </w:rPr>
  </w:style>
  <w:style w:type="paragraph" w:styleId="1">
    <w:name w:val="heading 1"/>
    <w:basedOn w:val="a1"/>
    <w:next w:val="a1"/>
    <w:link w:val="10"/>
    <w:uiPriority w:val="9"/>
    <w:qFormat/>
    <w:rsid w:val="00FC693F"/>
    <w:pPr>
      <w:keepNext/>
      <w:keepLines/>
      <w:spacing w:before="160"/>
      <w:outlineLvl w:val="0"/>
    </w:pPr>
    <w:rPr>
      <w:rFonts w:asciiTheme="majorHAnsi" w:eastAsiaTheme="majorEastAsia" w:hAnsiTheme="majorHAnsi" w:cstheme="majorBidi"/>
      <w:b/>
      <w:bCs/>
      <w:color w:val="365F91" w:themeColor="accent1" w:themeShade="BF"/>
      <w:sz w:val="24"/>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f">
    <w:name w:val="注記"/>
    <w:pPr>
      <w:spacing w:after="40"/>
    </w:pPr>
    <w:rPr>
      <w:rFonts w:ascii="BIZ UD明朝 Medium" w:eastAsia="BIZ UD明朝 Medium" w:hAnsi="BIZ UD明朝 Medium"/>
      <w:sz w:val="18"/>
    </w:rPr>
  </w:style>
  <w:style w:type="paragraph" w:styleId="aff0">
    <w:name w:val="Balloon Text"/>
    <w:basedOn w:val="a1"/>
    <w:link w:val="aff1"/>
    <w:uiPriority w:val="99"/>
    <w:semiHidden/>
    <w:unhideWhenUsed/>
    <w:rsid w:val="00F60E06"/>
    <w:pPr>
      <w:spacing w:after="0" w:line="240" w:lineRule="auto"/>
    </w:pPr>
    <w:rPr>
      <w:rFonts w:asciiTheme="majorHAnsi" w:eastAsiaTheme="majorEastAsia" w:hAnsiTheme="majorHAnsi" w:cstheme="majorBidi"/>
      <w:sz w:val="18"/>
      <w:szCs w:val="18"/>
    </w:rPr>
  </w:style>
  <w:style w:type="character" w:customStyle="1" w:styleId="aff1">
    <w:name w:val="吹き出し (文字)"/>
    <w:basedOn w:val="a2"/>
    <w:link w:val="aff0"/>
    <w:uiPriority w:val="99"/>
    <w:semiHidden/>
    <w:rsid w:val="00F60E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Words>
  <Characters>308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有川 誠</cp:lastModifiedBy>
  <cp:revision>3</cp:revision>
  <cp:lastPrinted>2026-07-31T01:31:00Z</cp:lastPrinted>
  <dcterms:created xsi:type="dcterms:W3CDTF">2026-08-05T23:44:00Z</dcterms:created>
  <dcterms:modified xsi:type="dcterms:W3CDTF">2026-08-05T23:46:00Z</dcterms:modified>
  <cp:category/>
</cp:coreProperties>
</file>