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E90" w:rsidRPr="00CB3E95" w:rsidRDefault="00E543CE">
      <w:pPr>
        <w:jc w:val="right"/>
        <w:rPr>
          <w:rFonts w:asciiTheme="majorEastAsia" w:eastAsiaTheme="majorEastAsia" w:hAnsiTheme="majorEastAsia"/>
          <w:lang w:eastAsia="ja-JP"/>
        </w:rPr>
      </w:pPr>
      <w:r w:rsidRPr="00CB3E95">
        <w:rPr>
          <w:rFonts w:asciiTheme="majorEastAsia" w:eastAsiaTheme="majorEastAsia" w:hAnsiTheme="majorEastAsia"/>
          <w:b/>
          <w:lang w:eastAsia="ja-JP"/>
        </w:rPr>
        <w:t>様式</w:t>
      </w:r>
      <w:r w:rsidR="00CB3E95" w:rsidRPr="00CB3E95">
        <w:rPr>
          <w:rFonts w:asciiTheme="majorEastAsia" w:eastAsiaTheme="majorEastAsia" w:hAnsiTheme="majorEastAsia" w:hint="eastAsia"/>
          <w:b/>
          <w:lang w:eastAsia="ja-JP"/>
        </w:rPr>
        <w:t>２</w:t>
      </w:r>
    </w:p>
    <w:p w:rsidR="00CB3E95" w:rsidRPr="00CB3E95" w:rsidRDefault="00CB3E95" w:rsidP="00CB3E95">
      <w:pPr>
        <w:spacing w:after="160"/>
        <w:jc w:val="center"/>
        <w:rPr>
          <w:rFonts w:asciiTheme="majorEastAsia" w:eastAsiaTheme="majorEastAsia" w:hAnsiTheme="majorEastAsia"/>
          <w:lang w:eastAsia="ja-JP"/>
        </w:rPr>
      </w:pPr>
      <w:r w:rsidRPr="00CB3E95">
        <w:rPr>
          <w:rFonts w:asciiTheme="majorEastAsia" w:eastAsiaTheme="majorEastAsia" w:hAnsiTheme="majorEastAsia"/>
          <w:b/>
          <w:sz w:val="32"/>
          <w:lang w:eastAsia="ja-JP"/>
        </w:rPr>
        <w:t>運営体制確認書</w:t>
      </w:r>
    </w:p>
    <w:p w:rsidR="00CB3E95" w:rsidRDefault="00CB3E95" w:rsidP="00F203D7">
      <w:pPr>
        <w:spacing w:after="120" w:line="240" w:lineRule="auto"/>
        <w:rPr>
          <w:rFonts w:asciiTheme="majorEastAsia" w:eastAsiaTheme="majorEastAsia" w:hAnsiTheme="majorEastAsia"/>
          <w:lang w:eastAsia="ja-JP"/>
        </w:rPr>
      </w:pPr>
      <w:r w:rsidRPr="00CB3E95">
        <w:rPr>
          <w:rFonts w:asciiTheme="majorEastAsia" w:eastAsiaTheme="majorEastAsia" w:hAnsiTheme="majorEastAsia"/>
          <w:sz w:val="19"/>
          <w:lang w:eastAsia="ja-JP"/>
        </w:rPr>
        <w:t>※ 本業務を安全かつ継続的に実施できる体制について、現時点の予定を記載してください。</w:t>
      </w:r>
    </w:p>
    <w:p w:rsidR="00F203D7" w:rsidRP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lang w:eastAsia="ja-JP"/>
        </w:rPr>
      </w:pPr>
      <w:r w:rsidRPr="00F203D7">
        <w:rPr>
          <w:rFonts w:asciiTheme="majorEastAsia" w:eastAsiaTheme="majorEastAsia" w:hAnsiTheme="majorEastAsia" w:hint="eastAsia"/>
          <w:b/>
          <w:sz w:val="24"/>
          <w:lang w:eastAsia="ja-JP"/>
        </w:rPr>
        <w:t>１　事業者の概要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CB3E95" w:rsidRPr="00CB3E95" w:rsidTr="00F203D7">
        <w:trPr>
          <w:jc w:val="center"/>
        </w:trPr>
        <w:tc>
          <w:tcPr>
            <w:tcW w:w="2835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事業者名</w:t>
            </w:r>
            <w:proofErr w:type="spellEnd"/>
          </w:p>
        </w:tc>
        <w:tc>
          <w:tcPr>
            <w:tcW w:w="6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CB3E95" w:rsidRPr="00CB3E95" w:rsidTr="00F203D7">
        <w:trPr>
          <w:jc w:val="center"/>
        </w:trPr>
        <w:tc>
          <w:tcPr>
            <w:tcW w:w="2835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主な事業内容</w:t>
            </w:r>
            <w:proofErr w:type="spellEnd"/>
          </w:p>
        </w:tc>
        <w:tc>
          <w:tcPr>
            <w:tcW w:w="6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CB3E95" w:rsidRPr="00CB3E95" w:rsidTr="00F203D7">
        <w:trPr>
          <w:jc w:val="center"/>
        </w:trPr>
        <w:tc>
          <w:tcPr>
            <w:tcW w:w="2835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従業員数</w:t>
            </w:r>
            <w:proofErr w:type="spellEnd"/>
          </w:p>
        </w:tc>
        <w:tc>
          <w:tcPr>
            <w:tcW w:w="6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常勤</w:t>
            </w:r>
            <w:proofErr w:type="spellEnd"/>
            <w:r w:rsidRPr="00F203D7">
              <w:rPr>
                <w:rFonts w:asciiTheme="majorEastAsia" w:eastAsiaTheme="majorEastAsia" w:hAnsiTheme="majorEastAsia"/>
                <w:sz w:val="19"/>
              </w:rPr>
              <w:t xml:space="preserve">　　　　人　／　</w:t>
            </w: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非常勤</w:t>
            </w:r>
            <w:proofErr w:type="spellEnd"/>
            <w:r w:rsidRPr="00F203D7">
              <w:rPr>
                <w:rFonts w:asciiTheme="majorEastAsia" w:eastAsiaTheme="majorEastAsia" w:hAnsiTheme="majorEastAsia"/>
                <w:sz w:val="19"/>
              </w:rPr>
              <w:t xml:space="preserve">　　　　人</w:t>
            </w:r>
          </w:p>
        </w:tc>
      </w:tr>
      <w:tr w:rsidR="00CB3E95" w:rsidRPr="00CB3E95" w:rsidTr="00F203D7">
        <w:trPr>
          <w:jc w:val="center"/>
        </w:trPr>
        <w:tc>
          <w:tcPr>
            <w:tcW w:w="2835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本業務の総括責任者</w:t>
            </w:r>
            <w:proofErr w:type="spellEnd"/>
          </w:p>
        </w:tc>
        <w:tc>
          <w:tcPr>
            <w:tcW w:w="6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氏名</w:t>
            </w:r>
            <w:proofErr w:type="spellEnd"/>
            <w:r w:rsidRPr="00F203D7">
              <w:rPr>
                <w:rFonts w:asciiTheme="majorEastAsia" w:eastAsiaTheme="majorEastAsia" w:hAnsiTheme="majorEastAsia"/>
                <w:sz w:val="19"/>
              </w:rPr>
              <w:t xml:space="preserve">：　　　　　　　　　　　　　　</w:t>
            </w: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役職</w:t>
            </w:r>
            <w:proofErr w:type="spellEnd"/>
            <w:r w:rsidRPr="00F203D7">
              <w:rPr>
                <w:rFonts w:asciiTheme="majorEastAsia" w:eastAsiaTheme="majorEastAsia" w:hAnsiTheme="majorEastAsia"/>
                <w:sz w:val="19"/>
              </w:rPr>
              <w:t>：</w:t>
            </w:r>
          </w:p>
        </w:tc>
      </w:tr>
    </w:tbl>
    <w:p w:rsid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sz w:val="24"/>
          <w:lang w:eastAsia="ja-JP"/>
        </w:rPr>
      </w:pPr>
    </w:p>
    <w:p w:rsidR="00F203D7" w:rsidRP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lang w:eastAsia="ja-JP"/>
        </w:rPr>
      </w:pPr>
      <w:r>
        <w:rPr>
          <w:rFonts w:asciiTheme="majorEastAsia" w:eastAsiaTheme="majorEastAsia" w:hAnsiTheme="majorEastAsia" w:hint="eastAsia"/>
          <w:b/>
          <w:sz w:val="24"/>
          <w:lang w:eastAsia="ja-JP"/>
        </w:rPr>
        <w:t>２</w:t>
      </w:r>
      <w:r w:rsidRPr="00F203D7">
        <w:rPr>
          <w:rFonts w:asciiTheme="majorEastAsia" w:eastAsiaTheme="majorEastAsia" w:hAnsiTheme="majorEastAsia" w:hint="eastAsia"/>
          <w:b/>
          <w:sz w:val="24"/>
          <w:lang w:eastAsia="ja-JP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  <w:lang w:eastAsia="ja-JP"/>
        </w:rPr>
        <w:t>人員体制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2009"/>
        <w:gridCol w:w="3260"/>
        <w:gridCol w:w="2271"/>
      </w:tblGrid>
      <w:tr w:rsidR="00CB3E95" w:rsidRPr="00CB3E95" w:rsidTr="00A447EB">
        <w:trPr>
          <w:tblHeader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区分</w:t>
            </w:r>
            <w:proofErr w:type="spellEnd"/>
          </w:p>
        </w:tc>
        <w:tc>
          <w:tcPr>
            <w:tcW w:w="2009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氏名</w:t>
            </w:r>
            <w:proofErr w:type="spellEnd"/>
          </w:p>
        </w:tc>
        <w:tc>
          <w:tcPr>
            <w:tcW w:w="3260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資格・経験等</w:t>
            </w:r>
            <w:proofErr w:type="spellEnd"/>
          </w:p>
        </w:tc>
        <w:tc>
          <w:tcPr>
            <w:tcW w:w="2271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9"/>
              </w:rPr>
              <w:t>主な役割</w:t>
            </w:r>
            <w:proofErr w:type="spellEnd"/>
          </w:p>
        </w:tc>
      </w:tr>
      <w:tr w:rsidR="00CB3E95" w:rsidRPr="00CB3E95" w:rsidTr="00A447EB">
        <w:trPr>
          <w:jc w:val="center"/>
        </w:trPr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運行管理の責任者</w:t>
            </w:r>
            <w:proofErr w:type="spellEnd"/>
          </w:p>
        </w:tc>
        <w:tc>
          <w:tcPr>
            <w:tcW w:w="200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点呼、配車、運行記録等</w:t>
            </w:r>
            <w:proofErr w:type="spellEnd"/>
          </w:p>
        </w:tc>
      </w:tr>
      <w:tr w:rsidR="00CB3E95" w:rsidRPr="00CB3E95" w:rsidTr="00A447EB">
        <w:trPr>
          <w:jc w:val="center"/>
        </w:trPr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整備管理の責任者</w:t>
            </w:r>
            <w:proofErr w:type="spellEnd"/>
          </w:p>
        </w:tc>
        <w:tc>
          <w:tcPr>
            <w:tcW w:w="200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車両点検、整備管理等</w:t>
            </w:r>
            <w:proofErr w:type="spellEnd"/>
          </w:p>
        </w:tc>
      </w:tr>
      <w:tr w:rsidR="00CB3E95" w:rsidRPr="00CB3E95" w:rsidTr="00A447EB">
        <w:trPr>
          <w:jc w:val="center"/>
        </w:trPr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予約受付担当者</w:t>
            </w:r>
            <w:proofErr w:type="spellEnd"/>
          </w:p>
        </w:tc>
        <w:tc>
          <w:tcPr>
            <w:tcW w:w="200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予約受付、利用者連絡等</w:t>
            </w:r>
            <w:proofErr w:type="spellEnd"/>
          </w:p>
        </w:tc>
      </w:tr>
      <w:tr w:rsidR="00CB3E95" w:rsidRPr="00CB3E95" w:rsidTr="00A447EB">
        <w:trPr>
          <w:jc w:val="center"/>
        </w:trPr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運転者</w:t>
            </w:r>
            <w:proofErr w:type="spellEnd"/>
          </w:p>
        </w:tc>
        <w:tc>
          <w:tcPr>
            <w:tcW w:w="200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 w:val="18"/>
              </w:rPr>
            </w:pPr>
          </w:p>
          <w:p w:rsidR="00F60E06" w:rsidRPr="00F203D7" w:rsidRDefault="00F60E06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lang w:eastAsia="ja-JP"/>
              </w:rPr>
            </w:pPr>
            <w:r w:rsidRPr="00F203D7">
              <w:rPr>
                <w:rFonts w:asciiTheme="majorEastAsia" w:eastAsiaTheme="majorEastAsia" w:hAnsiTheme="majorEastAsia"/>
                <w:sz w:val="18"/>
                <w:lang w:eastAsia="ja-JP"/>
              </w:rPr>
              <w:t>第二種免許</w:t>
            </w:r>
            <w:r w:rsidR="00A447EB">
              <w:rPr>
                <w:rFonts w:asciiTheme="majorEastAsia" w:eastAsiaTheme="majorEastAsia" w:hAnsiTheme="majorEastAsia" w:hint="eastAsia"/>
                <w:sz w:val="18"/>
                <w:lang w:eastAsia="ja-JP"/>
              </w:rPr>
              <w:t xml:space="preserve">保持者　　　　　　　</w:t>
            </w:r>
            <w:r w:rsidRPr="00F203D7">
              <w:rPr>
                <w:rFonts w:asciiTheme="majorEastAsia" w:eastAsiaTheme="majorEastAsia" w:hAnsiTheme="majorEastAsia"/>
                <w:sz w:val="18"/>
                <w:lang w:eastAsia="ja-JP"/>
              </w:rPr>
              <w:t>人</w:t>
            </w:r>
            <w:r w:rsidRPr="00F203D7">
              <w:rPr>
                <w:rFonts w:asciiTheme="majorEastAsia" w:eastAsiaTheme="majorEastAsia" w:hAnsiTheme="majorEastAsia"/>
                <w:sz w:val="18"/>
                <w:lang w:eastAsia="ja-JP"/>
              </w:rPr>
              <w:br/>
              <w:t>所定講習修了</w:t>
            </w:r>
            <w:r w:rsidR="00A447EB">
              <w:rPr>
                <w:rFonts w:asciiTheme="majorEastAsia" w:eastAsiaTheme="majorEastAsia" w:hAnsiTheme="majorEastAsia" w:hint="eastAsia"/>
                <w:sz w:val="18"/>
                <w:lang w:eastAsia="ja-JP"/>
              </w:rPr>
              <w:t xml:space="preserve">者（予定含む）　　</w:t>
            </w:r>
            <w:r w:rsidRPr="00F203D7">
              <w:rPr>
                <w:rFonts w:asciiTheme="majorEastAsia" w:eastAsiaTheme="majorEastAsia" w:hAnsiTheme="majorEastAsia"/>
                <w:sz w:val="18"/>
                <w:lang w:eastAsia="ja-JP"/>
              </w:rPr>
              <w:t>人</w:t>
            </w:r>
          </w:p>
        </w:tc>
        <w:tc>
          <w:tcPr>
            <w:tcW w:w="22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運転、利用者対応等</w:t>
            </w:r>
            <w:proofErr w:type="spellEnd"/>
          </w:p>
        </w:tc>
      </w:tr>
      <w:tr w:rsidR="00CB3E95" w:rsidRPr="00CB3E95" w:rsidTr="00A447EB">
        <w:trPr>
          <w:jc w:val="center"/>
        </w:trPr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F203D7">
              <w:rPr>
                <w:rFonts w:asciiTheme="majorEastAsia" w:eastAsiaTheme="majorEastAsia" w:hAnsiTheme="majorEastAsia"/>
                <w:sz w:val="18"/>
              </w:rPr>
              <w:t>その他の担当者</w:t>
            </w:r>
            <w:proofErr w:type="spellEnd"/>
          </w:p>
        </w:tc>
        <w:tc>
          <w:tcPr>
            <w:tcW w:w="200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F203D7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</w:tbl>
    <w:p w:rsidR="00CB3E95" w:rsidRPr="00CB3E95" w:rsidRDefault="00CB3E95" w:rsidP="00CB3E95">
      <w:pPr>
        <w:spacing w:after="0" w:line="240" w:lineRule="auto"/>
        <w:rPr>
          <w:rFonts w:asciiTheme="majorEastAsia" w:eastAsiaTheme="majorEastAsia" w:hAnsiTheme="majorEastAsia"/>
        </w:rPr>
      </w:pPr>
    </w:p>
    <w:p w:rsidR="00F203D7" w:rsidRP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lang w:eastAsia="ja-JP"/>
        </w:rPr>
      </w:pPr>
      <w:r>
        <w:rPr>
          <w:rFonts w:asciiTheme="majorEastAsia" w:eastAsiaTheme="majorEastAsia" w:hAnsiTheme="majorEastAsia" w:hint="eastAsia"/>
          <w:b/>
          <w:sz w:val="24"/>
          <w:lang w:eastAsia="ja-JP"/>
        </w:rPr>
        <w:t>３</w:t>
      </w:r>
      <w:r w:rsidRPr="00F203D7">
        <w:rPr>
          <w:rFonts w:asciiTheme="majorEastAsia" w:eastAsiaTheme="majorEastAsia" w:hAnsiTheme="majorEastAsia" w:hint="eastAsia"/>
          <w:b/>
          <w:sz w:val="24"/>
          <w:lang w:eastAsia="ja-JP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  <w:lang w:eastAsia="ja-JP"/>
        </w:rPr>
        <w:t>車両体制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1814"/>
        <w:gridCol w:w="1814"/>
        <w:gridCol w:w="2268"/>
        <w:gridCol w:w="2551"/>
      </w:tblGrid>
      <w:tr w:rsidR="00CB3E95" w:rsidRPr="00CB3E95" w:rsidTr="00F203D7">
        <w:trPr>
          <w:jc w:val="center"/>
        </w:trPr>
        <w:tc>
          <w:tcPr>
            <w:tcW w:w="793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CB3E95">
              <w:rPr>
                <w:rFonts w:asciiTheme="majorEastAsia" w:eastAsiaTheme="majorEastAsia" w:hAnsiTheme="majorEastAsia"/>
                <w:b/>
                <w:sz w:val="19"/>
              </w:rPr>
              <w:t>No.</w:t>
            </w:r>
          </w:p>
        </w:tc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CB3E95">
              <w:rPr>
                <w:rFonts w:asciiTheme="majorEastAsia" w:eastAsiaTheme="majorEastAsia" w:hAnsiTheme="majorEastAsia"/>
                <w:b/>
                <w:sz w:val="19"/>
              </w:rPr>
              <w:t>車種</w:t>
            </w:r>
            <w:proofErr w:type="spellEnd"/>
          </w:p>
        </w:tc>
        <w:tc>
          <w:tcPr>
            <w:tcW w:w="1814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CB3E95">
              <w:rPr>
                <w:rFonts w:asciiTheme="majorEastAsia" w:eastAsiaTheme="majorEastAsia" w:hAnsiTheme="majorEastAsia"/>
                <w:b/>
                <w:sz w:val="19"/>
              </w:rPr>
              <w:t>乗車定員</w:t>
            </w:r>
            <w:proofErr w:type="spellEnd"/>
          </w:p>
        </w:tc>
        <w:tc>
          <w:tcPr>
            <w:tcW w:w="2268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CB3E95">
              <w:rPr>
                <w:rFonts w:asciiTheme="majorEastAsia" w:eastAsiaTheme="majorEastAsia" w:hAnsiTheme="majorEastAsia"/>
                <w:b/>
                <w:sz w:val="19"/>
              </w:rPr>
              <w:t>所有</w:t>
            </w:r>
            <w:proofErr w:type="spellEnd"/>
            <w:r w:rsidR="0095791C">
              <w:rPr>
                <w:rFonts w:asciiTheme="majorEastAsia" w:eastAsiaTheme="majorEastAsia" w:hAnsiTheme="majorEastAsia" w:hint="eastAsia"/>
                <w:b/>
                <w:sz w:val="19"/>
                <w:lang w:eastAsia="ja-JP"/>
              </w:rPr>
              <w:t>者</w:t>
            </w:r>
          </w:p>
        </w:tc>
        <w:tc>
          <w:tcPr>
            <w:tcW w:w="2551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CB3E95">
              <w:rPr>
                <w:rFonts w:asciiTheme="majorEastAsia" w:eastAsiaTheme="majorEastAsia" w:hAnsiTheme="majorEastAsia"/>
                <w:b/>
                <w:sz w:val="19"/>
              </w:rPr>
              <w:t>備考</w:t>
            </w:r>
            <w:proofErr w:type="spellEnd"/>
          </w:p>
        </w:tc>
      </w:tr>
      <w:tr w:rsidR="00CB3E95" w:rsidRPr="00CB3E95" w:rsidTr="00C54841">
        <w:trPr>
          <w:jc w:val="center"/>
        </w:trPr>
        <w:tc>
          <w:tcPr>
            <w:tcW w:w="7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F203D7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18"/>
                <w:lang w:eastAsia="ja-JP"/>
              </w:rPr>
              <w:t>１</w:t>
            </w: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CB3E95">
              <w:rPr>
                <w:rFonts w:asciiTheme="majorEastAsia" w:eastAsiaTheme="majorEastAsia" w:hAnsiTheme="majorEastAsia"/>
                <w:sz w:val="18"/>
              </w:rPr>
              <w:t xml:space="preserve">　　　人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95791C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CB3E95" w:rsidRPr="00CB3E95" w:rsidTr="00C54841">
        <w:trPr>
          <w:jc w:val="center"/>
        </w:trPr>
        <w:tc>
          <w:tcPr>
            <w:tcW w:w="7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F203D7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18"/>
                <w:lang w:eastAsia="ja-JP"/>
              </w:rPr>
              <w:t>２</w:t>
            </w: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CB3E95">
              <w:rPr>
                <w:rFonts w:asciiTheme="majorEastAsia" w:eastAsiaTheme="majorEastAsia" w:hAnsiTheme="majorEastAsia"/>
                <w:sz w:val="18"/>
              </w:rPr>
              <w:t xml:space="preserve">　　　人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95791C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CB3E95" w:rsidRPr="00CB3E95" w:rsidTr="00C54841">
        <w:trPr>
          <w:jc w:val="center"/>
        </w:trPr>
        <w:tc>
          <w:tcPr>
            <w:tcW w:w="7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F203D7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18"/>
                <w:lang w:eastAsia="ja-JP"/>
              </w:rPr>
              <w:t>３</w:t>
            </w: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CB3E95">
              <w:rPr>
                <w:rFonts w:asciiTheme="majorEastAsia" w:eastAsiaTheme="majorEastAsia" w:hAnsiTheme="majorEastAsia"/>
                <w:sz w:val="18"/>
              </w:rPr>
              <w:t xml:space="preserve">　　　人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95791C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B3E95" w:rsidRPr="00CB3E95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</w:tr>
    </w:tbl>
    <w:p w:rsidR="00CB3E95" w:rsidRDefault="00CB3E95" w:rsidP="00CB3E95">
      <w:pPr>
        <w:spacing w:after="80" w:line="240" w:lineRule="auto"/>
        <w:rPr>
          <w:rFonts w:asciiTheme="majorEastAsia" w:eastAsiaTheme="majorEastAsia" w:hAnsiTheme="majorEastAsia"/>
          <w:lang w:eastAsia="ja-JP"/>
        </w:rPr>
      </w:pPr>
      <w:r w:rsidRPr="00F203D7">
        <w:rPr>
          <w:rFonts w:asciiTheme="majorEastAsia" w:eastAsiaTheme="majorEastAsia" w:hAnsiTheme="majorEastAsia"/>
          <w:lang w:eastAsia="ja-JP"/>
        </w:rPr>
        <w:t>※ No.1・2は通常運行車両、No.3は代替車両を記載してください。</w:t>
      </w:r>
    </w:p>
    <w:p w:rsidR="00B92320" w:rsidRPr="00B92320" w:rsidRDefault="00B92320" w:rsidP="00CB3E95">
      <w:pPr>
        <w:spacing w:after="80" w:line="240" w:lineRule="auto"/>
        <w:rPr>
          <w:rFonts w:asciiTheme="majorEastAsia" w:eastAsiaTheme="majorEastAsia" w:hAnsiTheme="majorEastAsia"/>
          <w:lang w:eastAsia="ja-JP"/>
        </w:rPr>
      </w:pPr>
    </w:p>
    <w:p w:rsidR="00B92320" w:rsidRPr="00B92320" w:rsidRDefault="00B92320" w:rsidP="00CB3E95">
      <w:pPr>
        <w:spacing w:after="80" w:line="240" w:lineRule="auto"/>
        <w:rPr>
          <w:rFonts w:asciiTheme="majorEastAsia" w:eastAsiaTheme="majorEastAsia" w:hAnsiTheme="majorEastAsia"/>
          <w:b/>
          <w:sz w:val="24"/>
          <w:lang w:eastAsia="ja-JP"/>
        </w:rPr>
      </w:pPr>
      <w:r w:rsidRPr="00B92320">
        <w:rPr>
          <w:rFonts w:asciiTheme="majorEastAsia" w:eastAsiaTheme="majorEastAsia" w:hAnsiTheme="majorEastAsia" w:hint="eastAsia"/>
          <w:b/>
          <w:sz w:val="24"/>
          <w:lang w:eastAsia="ja-JP"/>
        </w:rPr>
        <w:t>４　保険加入状況（予定を含む）</w:t>
      </w:r>
    </w:p>
    <w:tbl>
      <w:tblPr>
        <w:tblStyle w:val="afe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2126"/>
        <w:gridCol w:w="3893"/>
        <w:gridCol w:w="3195"/>
      </w:tblGrid>
      <w:tr w:rsidR="00B92320" w:rsidRPr="00CB3E95" w:rsidTr="00B92320">
        <w:tc>
          <w:tcPr>
            <w:tcW w:w="2126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b/>
                <w:szCs w:val="21"/>
                <w:lang w:eastAsia="ja-JP"/>
              </w:rPr>
              <w:t>保険の種類</w:t>
            </w:r>
          </w:p>
        </w:tc>
        <w:tc>
          <w:tcPr>
            <w:tcW w:w="3893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b/>
                <w:szCs w:val="21"/>
                <w:lang w:eastAsia="ja-JP"/>
              </w:rPr>
              <w:t>補償内容</w:t>
            </w:r>
          </w:p>
        </w:tc>
        <w:tc>
          <w:tcPr>
            <w:tcW w:w="3195" w:type="dxa"/>
            <w:shd w:val="pct10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C5484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b/>
                <w:szCs w:val="21"/>
                <w:lang w:eastAsia="ja-JP"/>
              </w:rPr>
              <w:t>加入状況</w:t>
            </w:r>
          </w:p>
        </w:tc>
      </w:tr>
      <w:tr w:rsidR="00B92320" w:rsidRPr="00CB3E95" w:rsidTr="00B92320">
        <w:tc>
          <w:tcPr>
            <w:tcW w:w="21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対人・対物賠償</w:t>
            </w:r>
          </w:p>
        </w:tc>
        <w:tc>
          <w:tcPr>
            <w:tcW w:w="38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9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□加入済　　□契約時加入</w:t>
            </w:r>
          </w:p>
        </w:tc>
      </w:tr>
      <w:tr w:rsidR="00B92320" w:rsidRPr="00CB3E95" w:rsidTr="001D734E">
        <w:tc>
          <w:tcPr>
            <w:tcW w:w="21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搭乗者傷害等</w:t>
            </w:r>
          </w:p>
        </w:tc>
        <w:tc>
          <w:tcPr>
            <w:tcW w:w="38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95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B92320" w:rsidRDefault="00B92320" w:rsidP="00B92320">
            <w:pPr>
              <w:jc w:val="center"/>
            </w:pPr>
            <w:r w:rsidRPr="0015163C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□加入済　　□契約時加入</w:t>
            </w:r>
          </w:p>
        </w:tc>
      </w:tr>
      <w:tr w:rsidR="00B92320" w:rsidRPr="00CB3E95" w:rsidTr="001D734E">
        <w:tc>
          <w:tcPr>
            <w:tcW w:w="21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r w:rsidRPr="00B92320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その他</w:t>
            </w:r>
          </w:p>
        </w:tc>
        <w:tc>
          <w:tcPr>
            <w:tcW w:w="38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92320" w:rsidRPr="00B92320" w:rsidRDefault="00B92320" w:rsidP="00B92320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95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B92320" w:rsidRDefault="00B92320" w:rsidP="00B92320">
            <w:pPr>
              <w:jc w:val="center"/>
            </w:pPr>
            <w:r w:rsidRPr="0015163C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□加入済　　□契約時加入</w:t>
            </w:r>
          </w:p>
        </w:tc>
      </w:tr>
    </w:tbl>
    <w:p w:rsidR="00CB3E95" w:rsidRDefault="00CB3E95" w:rsidP="00CB3E95">
      <w:pPr>
        <w:spacing w:after="0" w:line="240" w:lineRule="auto"/>
        <w:rPr>
          <w:rFonts w:asciiTheme="majorEastAsia" w:eastAsiaTheme="majorEastAsia" w:hAnsiTheme="majorEastAsia"/>
          <w:sz w:val="18"/>
          <w:lang w:eastAsia="ja-JP"/>
        </w:rPr>
      </w:pPr>
    </w:p>
    <w:p w:rsidR="00B92320" w:rsidRPr="00B92320" w:rsidRDefault="00B92320" w:rsidP="00CB3E95">
      <w:pPr>
        <w:spacing w:after="0" w:line="240" w:lineRule="auto"/>
        <w:rPr>
          <w:rFonts w:asciiTheme="majorEastAsia" w:eastAsiaTheme="majorEastAsia" w:hAnsiTheme="majorEastAsia"/>
          <w:sz w:val="18"/>
          <w:lang w:eastAsia="ja-JP"/>
        </w:rPr>
      </w:pPr>
    </w:p>
    <w:p w:rsidR="00CB3E95" w:rsidRPr="00CB3E95" w:rsidRDefault="00CB3E95" w:rsidP="00CB3E95">
      <w:pPr>
        <w:spacing w:after="40" w:line="240" w:lineRule="auto"/>
        <w:jc w:val="right"/>
        <w:rPr>
          <w:rFonts w:asciiTheme="majorEastAsia" w:eastAsiaTheme="majorEastAsia" w:hAnsiTheme="majorEastAsia"/>
          <w:lang w:eastAsia="ja-JP"/>
        </w:rPr>
      </w:pPr>
      <w:r w:rsidRPr="00CB3E95">
        <w:rPr>
          <w:rFonts w:asciiTheme="majorEastAsia" w:eastAsiaTheme="majorEastAsia" w:hAnsiTheme="majorEastAsia"/>
          <w:b/>
          <w:lang w:eastAsia="ja-JP"/>
        </w:rPr>
        <w:t>様式</w:t>
      </w:r>
      <w:r w:rsidR="00F60E06">
        <w:rPr>
          <w:rFonts w:asciiTheme="majorEastAsia" w:eastAsiaTheme="majorEastAsia" w:hAnsiTheme="majorEastAsia" w:hint="eastAsia"/>
          <w:b/>
          <w:lang w:eastAsia="ja-JP"/>
        </w:rPr>
        <w:t>２</w:t>
      </w:r>
      <w:r w:rsidRPr="00CB3E95">
        <w:rPr>
          <w:rFonts w:asciiTheme="majorEastAsia" w:eastAsiaTheme="majorEastAsia" w:hAnsiTheme="majorEastAsia"/>
          <w:b/>
          <w:lang w:eastAsia="ja-JP"/>
        </w:rPr>
        <w:t>（続き）</w:t>
      </w:r>
    </w:p>
    <w:p w:rsidR="00CB3E95" w:rsidRPr="00CB3E95" w:rsidRDefault="00CB3E95" w:rsidP="00CB3E95">
      <w:pPr>
        <w:spacing w:after="160" w:line="240" w:lineRule="auto"/>
        <w:jc w:val="center"/>
        <w:rPr>
          <w:rFonts w:asciiTheme="majorEastAsia" w:eastAsiaTheme="majorEastAsia" w:hAnsiTheme="majorEastAsia"/>
          <w:lang w:eastAsia="ja-JP"/>
        </w:rPr>
      </w:pPr>
      <w:r w:rsidRPr="00CB3E95">
        <w:rPr>
          <w:rFonts w:asciiTheme="majorEastAsia" w:eastAsiaTheme="majorEastAsia" w:hAnsiTheme="majorEastAsia"/>
          <w:b/>
          <w:sz w:val="30"/>
          <w:lang w:eastAsia="ja-JP"/>
        </w:rPr>
        <w:t>運営体制確認書</w:t>
      </w:r>
    </w:p>
    <w:p w:rsidR="00F203D7" w:rsidRP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lang w:eastAsia="ja-JP"/>
        </w:rPr>
      </w:pPr>
      <w:r>
        <w:rPr>
          <w:rFonts w:asciiTheme="majorEastAsia" w:eastAsiaTheme="majorEastAsia" w:hAnsiTheme="majorEastAsia" w:hint="eastAsia"/>
          <w:b/>
          <w:sz w:val="24"/>
          <w:lang w:eastAsia="ja-JP"/>
        </w:rPr>
        <w:t>４</w:t>
      </w:r>
      <w:r w:rsidRPr="00F203D7">
        <w:rPr>
          <w:rFonts w:asciiTheme="majorEastAsia" w:eastAsiaTheme="majorEastAsia" w:hAnsiTheme="majorEastAsia" w:hint="eastAsia"/>
          <w:b/>
          <w:sz w:val="24"/>
          <w:lang w:eastAsia="ja-JP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  <w:lang w:eastAsia="ja-JP"/>
        </w:rPr>
        <w:t>日常の運行体制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375"/>
      </w:tblGrid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B92320">
              <w:rPr>
                <w:rFonts w:asciiTheme="majorEastAsia" w:eastAsiaTheme="majorEastAsia" w:hAnsiTheme="majorEastAsia"/>
                <w:szCs w:val="21"/>
              </w:rPr>
              <w:t>予約受付</w:t>
            </w:r>
            <w:proofErr w:type="spellEnd"/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受付方法を記載してください。</w:t>
            </w: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運行者の</w:t>
            </w:r>
            <w:proofErr w:type="spellStart"/>
            <w:r w:rsidR="00CB3E95" w:rsidRPr="00B92320">
              <w:rPr>
                <w:rFonts w:asciiTheme="majorEastAsia" w:eastAsiaTheme="majorEastAsia" w:hAnsiTheme="majorEastAsia"/>
                <w:szCs w:val="21"/>
              </w:rPr>
              <w:t>健康確認</w:t>
            </w:r>
            <w:proofErr w:type="spellEnd"/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日常の健康状態や</w:t>
            </w:r>
            <w:r w:rsidR="00CB3E95"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アルコール</w:t>
            </w: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チェック等</w:t>
            </w:r>
            <w:r w:rsidR="00CB3E95"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の確認方法を記載してください。</w:t>
            </w:r>
          </w:p>
          <w:p w:rsidR="00F203D7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071852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B92320">
              <w:rPr>
                <w:rFonts w:asciiTheme="majorEastAsia" w:eastAsiaTheme="majorEastAsia" w:hAnsiTheme="majorEastAsia"/>
                <w:szCs w:val="21"/>
              </w:rPr>
              <w:t>運行</w:t>
            </w:r>
            <w:proofErr w:type="spellEnd"/>
            <w:r w:rsidR="00071852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管理</w:t>
            </w:r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日常点検</w:t>
            </w:r>
            <w:r w:rsidR="00CB3E95"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、運行日報</w:t>
            </w:r>
            <w:r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、</w:t>
            </w:r>
            <w:r w:rsidR="00CB3E95"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乗降実績等の記録方法を記載してください。</w:t>
            </w:r>
          </w:p>
          <w:p w:rsidR="00F203D7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B92320">
              <w:rPr>
                <w:rFonts w:asciiTheme="majorEastAsia" w:eastAsiaTheme="majorEastAsia" w:hAnsiTheme="majorEastAsia"/>
                <w:szCs w:val="21"/>
              </w:rPr>
              <w:t>市への報告・連絡</w:t>
            </w:r>
            <w:proofErr w:type="spellEnd"/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月次報告、事故・遅延・苦情等の連絡方法を記載してください。</w:t>
            </w:r>
          </w:p>
          <w:p w:rsidR="00F203D7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</w:tbl>
    <w:p w:rsidR="00CB3E95" w:rsidRPr="00CB3E95" w:rsidRDefault="00CB3E95" w:rsidP="00CB3E95">
      <w:pPr>
        <w:spacing w:after="0" w:line="240" w:lineRule="auto"/>
        <w:rPr>
          <w:rFonts w:asciiTheme="majorEastAsia" w:eastAsiaTheme="majorEastAsia" w:hAnsiTheme="majorEastAsia"/>
          <w:lang w:eastAsia="ja-JP"/>
        </w:rPr>
      </w:pPr>
    </w:p>
    <w:p w:rsidR="00F203D7" w:rsidRPr="00F203D7" w:rsidRDefault="00F203D7" w:rsidP="00F203D7">
      <w:pPr>
        <w:spacing w:after="120" w:line="240" w:lineRule="auto"/>
        <w:rPr>
          <w:rFonts w:asciiTheme="majorEastAsia" w:eastAsiaTheme="majorEastAsia" w:hAnsiTheme="majorEastAsia"/>
          <w:b/>
          <w:lang w:eastAsia="ja-JP"/>
        </w:rPr>
      </w:pPr>
      <w:r>
        <w:rPr>
          <w:rFonts w:asciiTheme="majorEastAsia" w:eastAsiaTheme="majorEastAsia" w:hAnsiTheme="majorEastAsia" w:hint="eastAsia"/>
          <w:b/>
          <w:sz w:val="24"/>
          <w:lang w:eastAsia="ja-JP"/>
        </w:rPr>
        <w:t>５</w:t>
      </w:r>
      <w:r w:rsidRPr="00F203D7">
        <w:rPr>
          <w:rFonts w:asciiTheme="majorEastAsia" w:eastAsiaTheme="majorEastAsia" w:hAnsiTheme="majorEastAsia" w:hint="eastAsia"/>
          <w:b/>
          <w:sz w:val="24"/>
          <w:lang w:eastAsia="ja-JP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  <w:lang w:eastAsia="ja-JP"/>
        </w:rPr>
        <w:t>緊急時・欠員時の対応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375"/>
      </w:tblGrid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事故・災害時</w:t>
            </w:r>
            <w:r w:rsidR="00071852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への対応</w:t>
            </w:r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連絡</w:t>
            </w:r>
            <w:r w:rsidR="00071852">
              <w:rPr>
                <w:rFonts w:asciiTheme="majorEastAsia" w:eastAsiaTheme="majorEastAsia" w:hAnsiTheme="majorEastAsia" w:hint="eastAsia"/>
                <w:szCs w:val="21"/>
                <w:lang w:eastAsia="ja-JP"/>
              </w:rPr>
              <w:t>体制</w:t>
            </w: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、代替輸送等を記載してください。</w:t>
            </w:r>
          </w:p>
          <w:p w:rsidR="00F203D7" w:rsidRPr="00071852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  <w:tr w:rsidR="00CB3E95" w:rsidRPr="00CB3E95" w:rsidTr="00B92320">
        <w:trPr>
          <w:jc w:val="center"/>
        </w:trPr>
        <w:tc>
          <w:tcPr>
            <w:tcW w:w="1980" w:type="dxa"/>
            <w:shd w:val="pct10" w:color="auto" w:fill="auto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B92320">
              <w:rPr>
                <w:rFonts w:asciiTheme="majorEastAsia" w:eastAsiaTheme="majorEastAsia" w:hAnsiTheme="majorEastAsia"/>
                <w:szCs w:val="21"/>
              </w:rPr>
              <w:t>運転者欠勤時</w:t>
            </w:r>
            <w:proofErr w:type="spellEnd"/>
          </w:p>
        </w:tc>
        <w:tc>
          <w:tcPr>
            <w:tcW w:w="737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B3E95" w:rsidRPr="00B92320" w:rsidRDefault="00CB3E95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  <w:r w:rsidRPr="00B92320">
              <w:rPr>
                <w:rFonts w:asciiTheme="majorEastAsia" w:eastAsiaTheme="majorEastAsia" w:hAnsiTheme="majorEastAsia"/>
                <w:szCs w:val="21"/>
                <w:lang w:eastAsia="ja-JP"/>
              </w:rPr>
              <w:t>代替運転者の確保方法を記載してください。</w:t>
            </w:r>
          </w:p>
          <w:p w:rsidR="00F203D7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071852" w:rsidRPr="00B92320" w:rsidRDefault="00071852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B92320" w:rsidRPr="00B92320" w:rsidRDefault="00B92320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  <w:p w:rsidR="00F203D7" w:rsidRPr="00B92320" w:rsidRDefault="00F203D7" w:rsidP="00C54841">
            <w:pPr>
              <w:spacing w:after="0" w:line="240" w:lineRule="auto"/>
              <w:rPr>
                <w:rFonts w:asciiTheme="majorEastAsia" w:eastAsiaTheme="majorEastAsia" w:hAnsiTheme="majorEastAsia"/>
                <w:szCs w:val="21"/>
                <w:lang w:eastAsia="ja-JP"/>
              </w:rPr>
            </w:pPr>
          </w:p>
        </w:tc>
      </w:tr>
    </w:tbl>
    <w:p w:rsidR="00CB3E95" w:rsidRPr="00CB3E95" w:rsidRDefault="00CB3E95" w:rsidP="00CB3E95">
      <w:pPr>
        <w:spacing w:after="0" w:line="240" w:lineRule="auto"/>
        <w:rPr>
          <w:rFonts w:asciiTheme="majorEastAsia" w:eastAsiaTheme="majorEastAsia" w:hAnsiTheme="majorEastAsia"/>
          <w:lang w:eastAsia="ja-JP"/>
        </w:rPr>
      </w:pPr>
    </w:p>
    <w:p w:rsidR="00782E90" w:rsidRPr="00F51914" w:rsidRDefault="00CB3E95" w:rsidP="00F51914">
      <w:pPr>
        <w:spacing w:after="160" w:line="240" w:lineRule="auto"/>
        <w:rPr>
          <w:rFonts w:asciiTheme="majorEastAsia" w:eastAsiaTheme="majorEastAsia" w:hAnsiTheme="majorEastAsia" w:hint="eastAsia"/>
          <w:sz w:val="24"/>
          <w:lang w:eastAsia="ja-JP"/>
        </w:rPr>
      </w:pPr>
      <w:r w:rsidRPr="00B92320">
        <w:rPr>
          <w:rFonts w:asciiTheme="majorEastAsia" w:eastAsiaTheme="majorEastAsia" w:hAnsiTheme="majorEastAsia"/>
          <w:lang w:eastAsia="ja-JP"/>
        </w:rPr>
        <w:t>※ 必要に応じて、資格証、車検証、保険証券等の写しの提出を求める場合があります。</w:t>
      </w:r>
      <w:bookmarkStart w:id="0" w:name="_GoBack"/>
      <w:bookmarkEnd w:id="0"/>
    </w:p>
    <w:sectPr w:rsidR="00782E90" w:rsidRPr="00F51914" w:rsidSect="00F203D7"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61F" w:rsidRDefault="0009361F">
      <w:pPr>
        <w:spacing w:after="0" w:line="240" w:lineRule="auto"/>
      </w:pPr>
      <w:r>
        <w:separator/>
      </w:r>
    </w:p>
  </w:endnote>
  <w:endnote w:type="continuationSeparator" w:id="0">
    <w:p w:rsidR="0009361F" w:rsidRDefault="0009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61F" w:rsidRDefault="0009361F">
      <w:pPr>
        <w:spacing w:after="0" w:line="240" w:lineRule="auto"/>
      </w:pPr>
      <w:r>
        <w:separator/>
      </w:r>
    </w:p>
  </w:footnote>
  <w:footnote w:type="continuationSeparator" w:id="0">
    <w:p w:rsidR="0009361F" w:rsidRDefault="00093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852"/>
    <w:rsid w:val="0009361F"/>
    <w:rsid w:val="0015074B"/>
    <w:rsid w:val="0029639D"/>
    <w:rsid w:val="002D2512"/>
    <w:rsid w:val="00326F90"/>
    <w:rsid w:val="005D4EE3"/>
    <w:rsid w:val="00693E51"/>
    <w:rsid w:val="00701C76"/>
    <w:rsid w:val="00782E90"/>
    <w:rsid w:val="0095791C"/>
    <w:rsid w:val="009B7658"/>
    <w:rsid w:val="00A447EB"/>
    <w:rsid w:val="00AA1D8D"/>
    <w:rsid w:val="00B47730"/>
    <w:rsid w:val="00B92320"/>
    <w:rsid w:val="00CB0664"/>
    <w:rsid w:val="00CB3E95"/>
    <w:rsid w:val="00D034E1"/>
    <w:rsid w:val="00E543CE"/>
    <w:rsid w:val="00F13869"/>
    <w:rsid w:val="00F203D7"/>
    <w:rsid w:val="00F51914"/>
    <w:rsid w:val="00F60E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B84D47B"/>
  <w14:defaultImageDpi w14:val="300"/>
  <w15:docId w15:val="{5DF82FEE-E563-4A88-B334-8D3B5266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pPr>
      <w:spacing w:after="60" w:line="288" w:lineRule="auto"/>
    </w:pPr>
    <w:rPr>
      <w:rFonts w:ascii="BIZ UD明朝 Medium" w:eastAsia="BIZ UD明朝 Medium" w:hAnsi="BIZ UD明朝 Medium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">
    <w:name w:val="注記"/>
    <w:pPr>
      <w:spacing w:after="40"/>
    </w:pPr>
    <w:rPr>
      <w:rFonts w:ascii="BIZ UD明朝 Medium" w:eastAsia="BIZ UD明朝 Medium" w:hAnsi="BIZ UD明朝 Medium"/>
      <w:sz w:val="18"/>
    </w:rPr>
  </w:style>
  <w:style w:type="paragraph" w:styleId="aff0">
    <w:name w:val="Balloon Text"/>
    <w:basedOn w:val="a1"/>
    <w:link w:val="aff1"/>
    <w:uiPriority w:val="99"/>
    <w:semiHidden/>
    <w:unhideWhenUsed/>
    <w:rsid w:val="00F60E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吹き出し (文字)"/>
    <w:basedOn w:val="a2"/>
    <w:link w:val="aff0"/>
    <w:uiPriority w:val="99"/>
    <w:semiHidden/>
    <w:rsid w:val="00F60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有川 誠</cp:lastModifiedBy>
  <cp:revision>3</cp:revision>
  <cp:lastPrinted>2026-07-31T01:31:00Z</cp:lastPrinted>
  <dcterms:created xsi:type="dcterms:W3CDTF">2026-08-05T23:44:00Z</dcterms:created>
  <dcterms:modified xsi:type="dcterms:W3CDTF">2026-08-05T23:46:00Z</dcterms:modified>
  <cp:category/>
</cp:coreProperties>
</file>