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E90" w:rsidRPr="00F13869" w:rsidRDefault="00E543CE">
      <w:pPr>
        <w:jc w:val="right"/>
        <w:rPr>
          <w:rFonts w:asciiTheme="majorEastAsia" w:eastAsiaTheme="majorEastAsia" w:hAnsiTheme="majorEastAsia"/>
        </w:rPr>
      </w:pPr>
      <w:bookmarkStart w:id="0" w:name="_GoBack"/>
      <w:bookmarkEnd w:id="0"/>
      <w:proofErr w:type="spellStart"/>
      <w:r w:rsidRPr="00F13869">
        <w:rPr>
          <w:rFonts w:asciiTheme="majorEastAsia" w:eastAsiaTheme="majorEastAsia" w:hAnsiTheme="majorEastAsia"/>
          <w:b/>
        </w:rPr>
        <w:t>様式</w:t>
      </w:r>
      <w:proofErr w:type="spellEnd"/>
      <w:r w:rsidR="00071852">
        <w:rPr>
          <w:rFonts w:asciiTheme="majorEastAsia" w:eastAsiaTheme="majorEastAsia" w:hAnsiTheme="majorEastAsia" w:hint="eastAsia"/>
          <w:b/>
          <w:lang w:eastAsia="ja-JP"/>
        </w:rPr>
        <w:t>３</w:t>
      </w:r>
    </w:p>
    <w:p w:rsidR="00782E90" w:rsidRPr="00F13869" w:rsidRDefault="00E543CE">
      <w:pPr>
        <w:jc w:val="center"/>
        <w:rPr>
          <w:rFonts w:asciiTheme="majorEastAsia" w:eastAsiaTheme="majorEastAsia" w:hAnsiTheme="majorEastAsia"/>
        </w:rPr>
      </w:pPr>
      <w:r w:rsidRPr="00F13869">
        <w:rPr>
          <w:rFonts w:asciiTheme="majorEastAsia" w:eastAsiaTheme="majorEastAsia" w:hAnsiTheme="majorEastAsia"/>
          <w:b/>
          <w:sz w:val="28"/>
        </w:rPr>
        <w:t>見積書</w:t>
      </w:r>
    </w:p>
    <w:p w:rsidR="00782E90" w:rsidRPr="00F13869" w:rsidRDefault="00782E90">
      <w:pPr>
        <w:rPr>
          <w:rFonts w:asciiTheme="majorEastAsia" w:eastAsiaTheme="majorEastAsia" w:hAnsiTheme="majorEastAsia"/>
        </w:rPr>
      </w:pPr>
    </w:p>
    <w:p w:rsidR="00782E90" w:rsidRPr="00F13869" w:rsidRDefault="00E543CE">
      <w:pPr>
        <w:jc w:val="right"/>
        <w:rPr>
          <w:rFonts w:asciiTheme="majorEastAsia" w:eastAsiaTheme="majorEastAsia" w:hAnsiTheme="majorEastAsia"/>
        </w:rPr>
      </w:pPr>
      <w:r w:rsidRPr="00F13869">
        <w:rPr>
          <w:rFonts w:asciiTheme="majorEastAsia" w:eastAsiaTheme="majorEastAsia" w:hAnsiTheme="majorEastAsia"/>
        </w:rPr>
        <w:t>令和　年　月　日</w:t>
      </w:r>
    </w:p>
    <w:p w:rsidR="00782E90" w:rsidRPr="00F13869" w:rsidRDefault="00E543CE">
      <w:pPr>
        <w:rPr>
          <w:rFonts w:asciiTheme="majorEastAsia" w:eastAsiaTheme="majorEastAsia" w:hAnsiTheme="majorEastAsia"/>
        </w:rPr>
      </w:pPr>
      <w:r w:rsidRPr="00F13869">
        <w:rPr>
          <w:rFonts w:asciiTheme="majorEastAsia" w:eastAsiaTheme="majorEastAsia" w:hAnsiTheme="majorEastAsia"/>
        </w:rPr>
        <w:t>奄美市長　殿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782E90" w:rsidRPr="00F13869">
        <w:trPr>
          <w:jc w:val="center"/>
        </w:trPr>
        <w:tc>
          <w:tcPr>
            <w:tcW w:w="255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所在地</w:t>
            </w:r>
          </w:p>
        </w:tc>
        <w:tc>
          <w:tcPr>
            <w:tcW w:w="66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>
        <w:trPr>
          <w:jc w:val="center"/>
        </w:trPr>
        <w:tc>
          <w:tcPr>
            <w:tcW w:w="255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事業者名</w:t>
            </w:r>
          </w:p>
        </w:tc>
        <w:tc>
          <w:tcPr>
            <w:tcW w:w="66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>
        <w:trPr>
          <w:jc w:val="center"/>
        </w:trPr>
        <w:tc>
          <w:tcPr>
            <w:tcW w:w="2551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代表者職・氏名</w:t>
            </w:r>
          </w:p>
        </w:tc>
        <w:tc>
          <w:tcPr>
            <w:tcW w:w="66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</w:tbl>
    <w:p w:rsidR="00782E90" w:rsidRPr="00F13869" w:rsidRDefault="00782E90">
      <w:pPr>
        <w:rPr>
          <w:rFonts w:asciiTheme="majorEastAsia" w:eastAsiaTheme="majorEastAsia" w:hAnsiTheme="majorEastAsia"/>
        </w:rPr>
      </w:pPr>
    </w:p>
    <w:p w:rsidR="00782E90" w:rsidRPr="00F13869" w:rsidRDefault="00E543CE" w:rsidP="00F60E06">
      <w:pPr>
        <w:jc w:val="right"/>
        <w:rPr>
          <w:rFonts w:asciiTheme="majorEastAsia" w:eastAsiaTheme="majorEastAsia" w:hAnsiTheme="majorEastAsia"/>
          <w:lang w:eastAsia="ja-JP"/>
        </w:rPr>
      </w:pPr>
      <w:r w:rsidRPr="00F60E06">
        <w:rPr>
          <w:rFonts w:asciiTheme="majorEastAsia" w:eastAsiaTheme="majorEastAsia" w:hAnsiTheme="majorEastAsia"/>
          <w:b/>
          <w:sz w:val="26"/>
          <w:u w:val="single"/>
          <w:lang w:eastAsia="ja-JP"/>
        </w:rPr>
        <w:t>見積金額　金　　　　　　　　　円</w:t>
      </w:r>
      <w:r w:rsidRPr="00F13869">
        <w:rPr>
          <w:rFonts w:asciiTheme="majorEastAsia" w:eastAsiaTheme="majorEastAsia" w:hAnsiTheme="majorEastAsia"/>
          <w:lang w:eastAsia="ja-JP"/>
        </w:rPr>
        <w:t>（消費税及び地方消費税を含む。）</w:t>
      </w:r>
    </w:p>
    <w:p w:rsidR="00F60E06" w:rsidRDefault="00F60E06" w:rsidP="00F60E06">
      <w:pPr>
        <w:rPr>
          <w:rFonts w:asciiTheme="majorEastAsia" w:eastAsiaTheme="majorEastAsia" w:hAnsiTheme="majorEastAsia"/>
          <w:lang w:eastAsia="ja-JP"/>
        </w:rPr>
      </w:pPr>
    </w:p>
    <w:p w:rsidR="00782E90" w:rsidRDefault="00E543CE" w:rsidP="00F60E06">
      <w:pPr>
        <w:rPr>
          <w:rFonts w:asciiTheme="majorEastAsia" w:eastAsiaTheme="majorEastAsia" w:hAnsiTheme="majorEastAsia"/>
          <w:lang w:eastAsia="ja-JP"/>
        </w:rPr>
      </w:pPr>
      <w:r w:rsidRPr="00F13869">
        <w:rPr>
          <w:rFonts w:asciiTheme="majorEastAsia" w:eastAsiaTheme="majorEastAsia" w:hAnsiTheme="majorEastAsia"/>
          <w:lang w:eastAsia="ja-JP"/>
        </w:rPr>
        <w:t>上記のとおり見積もります。</w:t>
      </w:r>
    </w:p>
    <w:p w:rsidR="00F60E06" w:rsidRDefault="00F60E06" w:rsidP="00F60E06">
      <w:pPr>
        <w:rPr>
          <w:rFonts w:asciiTheme="majorEastAsia" w:eastAsiaTheme="majorEastAsia" w:hAnsiTheme="majorEastAsia"/>
          <w:lang w:eastAsia="ja-JP"/>
        </w:rPr>
      </w:pPr>
    </w:p>
    <w:p w:rsidR="00F60E06" w:rsidRDefault="00F60E06" w:rsidP="00F60E06">
      <w:pPr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--------------------------------------------------------------------------------------------</w:t>
      </w:r>
    </w:p>
    <w:p w:rsidR="00F60E06" w:rsidRDefault="00F60E06" w:rsidP="00F60E06">
      <w:pPr>
        <w:rPr>
          <w:rFonts w:asciiTheme="majorEastAsia" w:eastAsiaTheme="majorEastAsia" w:hAnsiTheme="majorEastAsia"/>
          <w:lang w:eastAsia="ja-JP"/>
        </w:rPr>
      </w:pPr>
    </w:p>
    <w:p w:rsidR="00F60E06" w:rsidRPr="00F60E06" w:rsidRDefault="00F60E06" w:rsidP="00F60E06">
      <w:pPr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【見積内訳】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4653"/>
      </w:tblGrid>
      <w:tr w:rsidR="00782E90" w:rsidRPr="00F13869" w:rsidTr="00F60E06">
        <w:trPr>
          <w:tblHeader/>
          <w:jc w:val="center"/>
        </w:trPr>
        <w:tc>
          <w:tcPr>
            <w:tcW w:w="1980" w:type="dxa"/>
            <w:shd w:val="pct10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 w:rsidP="00F60E06">
            <w:pPr>
              <w:jc w:val="center"/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項</w:t>
            </w:r>
            <w:r w:rsidR="00F60E06">
              <w:rPr>
                <w:rFonts w:asciiTheme="majorEastAsia" w:eastAsiaTheme="majorEastAsia" w:hAnsiTheme="majorEastAsia" w:hint="eastAsia"/>
                <w:lang w:eastAsia="ja-JP"/>
              </w:rPr>
              <w:t xml:space="preserve">　　</w:t>
            </w:r>
            <w:r w:rsidRPr="00F13869">
              <w:rPr>
                <w:rFonts w:asciiTheme="majorEastAsia" w:eastAsiaTheme="majorEastAsia" w:hAnsiTheme="majorEastAsia"/>
              </w:rPr>
              <w:t>目</w:t>
            </w:r>
          </w:p>
        </w:tc>
        <w:tc>
          <w:tcPr>
            <w:tcW w:w="2551" w:type="dxa"/>
            <w:shd w:val="pct10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 w:rsidP="00F60E06">
            <w:pPr>
              <w:jc w:val="center"/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金額（円）</w:t>
            </w:r>
          </w:p>
        </w:tc>
        <w:tc>
          <w:tcPr>
            <w:tcW w:w="4653" w:type="dxa"/>
            <w:shd w:val="pct10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F60E06" w:rsidP="00F60E0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積　　算</w:t>
            </w:r>
          </w:p>
        </w:tc>
      </w:tr>
      <w:tr w:rsidR="00782E90" w:rsidRPr="00F13869" w:rsidTr="00F60E06">
        <w:trPr>
          <w:jc w:val="center"/>
        </w:trPr>
        <w:tc>
          <w:tcPr>
            <w:tcW w:w="19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proofErr w:type="spellStart"/>
            <w:r w:rsidRPr="00F13869">
              <w:rPr>
                <w:rFonts w:asciiTheme="majorEastAsia" w:eastAsiaTheme="majorEastAsia" w:hAnsiTheme="majorEastAsia"/>
              </w:rPr>
              <w:t>人件費</w:t>
            </w:r>
            <w:proofErr w:type="spellEnd"/>
          </w:p>
        </w:tc>
        <w:tc>
          <w:tcPr>
            <w:tcW w:w="255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5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 w:rsidTr="00F60E06">
        <w:trPr>
          <w:jc w:val="center"/>
        </w:trPr>
        <w:tc>
          <w:tcPr>
            <w:tcW w:w="19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A447E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燃料費</w:t>
            </w:r>
          </w:p>
        </w:tc>
        <w:tc>
          <w:tcPr>
            <w:tcW w:w="255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5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 w:rsidTr="00F60E06">
        <w:trPr>
          <w:jc w:val="center"/>
        </w:trPr>
        <w:tc>
          <w:tcPr>
            <w:tcW w:w="19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proofErr w:type="spellStart"/>
            <w:r w:rsidRPr="00F13869">
              <w:rPr>
                <w:rFonts w:asciiTheme="majorEastAsia" w:eastAsiaTheme="majorEastAsia" w:hAnsiTheme="majorEastAsia"/>
              </w:rPr>
              <w:t>車両</w:t>
            </w:r>
            <w:proofErr w:type="spellEnd"/>
            <w:r w:rsidR="002D2512">
              <w:rPr>
                <w:rFonts w:asciiTheme="majorEastAsia" w:eastAsiaTheme="majorEastAsia" w:hAnsiTheme="majorEastAsia" w:hint="eastAsia"/>
                <w:lang w:eastAsia="ja-JP"/>
              </w:rPr>
              <w:t>修繕</w:t>
            </w:r>
            <w:r w:rsidRPr="00F13869">
              <w:rPr>
                <w:rFonts w:asciiTheme="majorEastAsia" w:eastAsiaTheme="majorEastAsia" w:hAnsiTheme="majorEastAsia"/>
              </w:rPr>
              <w:t>費</w:t>
            </w:r>
          </w:p>
        </w:tc>
        <w:tc>
          <w:tcPr>
            <w:tcW w:w="255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5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 w:rsidTr="00F60E06">
        <w:trPr>
          <w:jc w:val="center"/>
        </w:trPr>
        <w:tc>
          <w:tcPr>
            <w:tcW w:w="19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2D251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管理費等</w:t>
            </w:r>
          </w:p>
        </w:tc>
        <w:tc>
          <w:tcPr>
            <w:tcW w:w="255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5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  <w:tr w:rsidR="00782E90" w:rsidRPr="00F13869" w:rsidTr="00F60E06">
        <w:trPr>
          <w:jc w:val="center"/>
        </w:trPr>
        <w:tc>
          <w:tcPr>
            <w:tcW w:w="19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E543CE">
            <w:pPr>
              <w:rPr>
                <w:rFonts w:asciiTheme="majorEastAsia" w:eastAsiaTheme="majorEastAsia" w:hAnsiTheme="majorEastAsia"/>
              </w:rPr>
            </w:pPr>
            <w:r w:rsidRPr="00F13869">
              <w:rPr>
                <w:rFonts w:asciiTheme="majorEastAsia" w:eastAsiaTheme="majorEastAsia" w:hAnsiTheme="majorEastAsia"/>
              </w:rPr>
              <w:t>合計</w:t>
            </w:r>
          </w:p>
        </w:tc>
        <w:tc>
          <w:tcPr>
            <w:tcW w:w="255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5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82E90" w:rsidRPr="00F13869" w:rsidRDefault="00782E90">
            <w:pPr>
              <w:spacing w:after="0"/>
              <w:rPr>
                <w:rFonts w:asciiTheme="majorEastAsia" w:eastAsiaTheme="majorEastAsia" w:hAnsiTheme="majorEastAsia"/>
              </w:rPr>
            </w:pPr>
          </w:p>
        </w:tc>
      </w:tr>
    </w:tbl>
    <w:p w:rsidR="00782E90" w:rsidRPr="00FB6296" w:rsidRDefault="00E543CE" w:rsidP="00FB6296">
      <w:pPr>
        <w:pStyle w:val="aff"/>
        <w:rPr>
          <w:rFonts w:asciiTheme="majorEastAsia" w:eastAsiaTheme="majorEastAsia" w:hAnsiTheme="majorEastAsia" w:hint="eastAsia"/>
          <w:sz w:val="21"/>
          <w:lang w:eastAsia="ja-JP"/>
        </w:rPr>
      </w:pPr>
      <w:r w:rsidRPr="00F60E06">
        <w:rPr>
          <w:rFonts w:asciiTheme="majorEastAsia" w:eastAsiaTheme="majorEastAsia" w:hAnsiTheme="majorEastAsia"/>
          <w:sz w:val="21"/>
          <w:lang w:eastAsia="ja-JP"/>
        </w:rPr>
        <w:t>※ 提案上限額</w:t>
      </w:r>
      <w:r w:rsidR="005D4EE3">
        <w:rPr>
          <w:rFonts w:asciiTheme="majorEastAsia" w:eastAsiaTheme="majorEastAsia" w:hAnsiTheme="majorEastAsia" w:hint="eastAsia"/>
          <w:sz w:val="21"/>
          <w:lang w:eastAsia="ja-JP"/>
        </w:rPr>
        <w:t>3</w:t>
      </w:r>
      <w:r w:rsidRPr="00F60E06">
        <w:rPr>
          <w:rFonts w:asciiTheme="majorEastAsia" w:eastAsiaTheme="majorEastAsia" w:hAnsiTheme="majorEastAsia"/>
          <w:sz w:val="21"/>
          <w:lang w:eastAsia="ja-JP"/>
        </w:rPr>
        <w:t>,</w:t>
      </w:r>
      <w:r w:rsidR="005D4EE3">
        <w:rPr>
          <w:rFonts w:asciiTheme="majorEastAsia" w:eastAsiaTheme="majorEastAsia" w:hAnsiTheme="majorEastAsia" w:hint="eastAsia"/>
          <w:sz w:val="21"/>
          <w:lang w:eastAsia="ja-JP"/>
        </w:rPr>
        <w:t>00</w:t>
      </w:r>
      <w:r w:rsidRPr="00F60E06">
        <w:rPr>
          <w:rFonts w:asciiTheme="majorEastAsia" w:eastAsiaTheme="majorEastAsia" w:hAnsiTheme="majorEastAsia"/>
          <w:sz w:val="21"/>
          <w:lang w:eastAsia="ja-JP"/>
        </w:rPr>
        <w:t>0,000円（税込）以内で作成してください。</w:t>
      </w:r>
    </w:p>
    <w:sectPr w:rsidR="00782E90" w:rsidRPr="00FB6296" w:rsidSect="00F203D7"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61F" w:rsidRDefault="0009361F">
      <w:pPr>
        <w:spacing w:after="0" w:line="240" w:lineRule="auto"/>
      </w:pPr>
      <w:r>
        <w:separator/>
      </w:r>
    </w:p>
  </w:endnote>
  <w:endnote w:type="continuationSeparator" w:id="0">
    <w:p w:rsidR="0009361F" w:rsidRDefault="0009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61F" w:rsidRDefault="0009361F">
      <w:pPr>
        <w:spacing w:after="0" w:line="240" w:lineRule="auto"/>
      </w:pPr>
      <w:r>
        <w:separator/>
      </w:r>
    </w:p>
  </w:footnote>
  <w:footnote w:type="continuationSeparator" w:id="0">
    <w:p w:rsidR="0009361F" w:rsidRDefault="00093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852"/>
    <w:rsid w:val="0009361F"/>
    <w:rsid w:val="0015074B"/>
    <w:rsid w:val="0029639D"/>
    <w:rsid w:val="002D2512"/>
    <w:rsid w:val="00326F90"/>
    <w:rsid w:val="005D4EE3"/>
    <w:rsid w:val="00693E51"/>
    <w:rsid w:val="00701C76"/>
    <w:rsid w:val="00782E90"/>
    <w:rsid w:val="0095791C"/>
    <w:rsid w:val="009B7658"/>
    <w:rsid w:val="00A447EB"/>
    <w:rsid w:val="00AA1D8D"/>
    <w:rsid w:val="00B47730"/>
    <w:rsid w:val="00B92320"/>
    <w:rsid w:val="00CB0664"/>
    <w:rsid w:val="00CB3E95"/>
    <w:rsid w:val="00D034E1"/>
    <w:rsid w:val="00E543CE"/>
    <w:rsid w:val="00F13869"/>
    <w:rsid w:val="00F203D7"/>
    <w:rsid w:val="00F60E06"/>
    <w:rsid w:val="00FB62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21886C3"/>
  <w14:defaultImageDpi w14:val="300"/>
  <w15:docId w15:val="{5DF82FEE-E563-4A88-B334-8D3B5266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pPr>
      <w:spacing w:after="60" w:line="288" w:lineRule="auto"/>
    </w:pPr>
    <w:rPr>
      <w:rFonts w:ascii="BIZ UD明朝 Medium" w:eastAsia="BIZ UD明朝 Medium" w:hAnsi="BIZ UD明朝 Medium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">
    <w:name w:val="注記"/>
    <w:pPr>
      <w:spacing w:after="40"/>
    </w:pPr>
    <w:rPr>
      <w:rFonts w:ascii="BIZ UD明朝 Medium" w:eastAsia="BIZ UD明朝 Medium" w:hAnsi="BIZ UD明朝 Medium"/>
      <w:sz w:val="18"/>
    </w:rPr>
  </w:style>
  <w:style w:type="paragraph" w:styleId="aff0">
    <w:name w:val="Balloon Text"/>
    <w:basedOn w:val="a1"/>
    <w:link w:val="aff1"/>
    <w:uiPriority w:val="99"/>
    <w:semiHidden/>
    <w:unhideWhenUsed/>
    <w:rsid w:val="00F60E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吹き出し (文字)"/>
    <w:basedOn w:val="a2"/>
    <w:link w:val="aff0"/>
    <w:uiPriority w:val="99"/>
    <w:semiHidden/>
    <w:rsid w:val="00F60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有川 誠</cp:lastModifiedBy>
  <cp:revision>3</cp:revision>
  <cp:lastPrinted>2026-07-31T01:31:00Z</cp:lastPrinted>
  <dcterms:created xsi:type="dcterms:W3CDTF">2026-08-05T23:44:00Z</dcterms:created>
  <dcterms:modified xsi:type="dcterms:W3CDTF">2026-08-05T23:47:00Z</dcterms:modified>
  <cp:category/>
</cp:coreProperties>
</file>