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2E90" w:rsidRPr="00F13869" w:rsidRDefault="00E543CE">
      <w:pPr>
        <w:jc w:val="right"/>
        <w:rPr>
          <w:rFonts w:asciiTheme="majorEastAsia" w:eastAsiaTheme="majorEastAsia" w:hAnsiTheme="majorEastAsia"/>
        </w:rPr>
      </w:pPr>
      <w:bookmarkStart w:id="0" w:name="_GoBack"/>
      <w:bookmarkEnd w:id="0"/>
      <w:proofErr w:type="spellStart"/>
      <w:r w:rsidRPr="00F13869">
        <w:rPr>
          <w:rFonts w:asciiTheme="majorEastAsia" w:eastAsiaTheme="majorEastAsia" w:hAnsiTheme="majorEastAsia"/>
          <w:b/>
        </w:rPr>
        <w:t>様式</w:t>
      </w:r>
      <w:proofErr w:type="spellEnd"/>
      <w:r w:rsidR="00071852">
        <w:rPr>
          <w:rFonts w:asciiTheme="majorEastAsia" w:eastAsiaTheme="majorEastAsia" w:hAnsiTheme="majorEastAsia" w:hint="eastAsia"/>
          <w:b/>
          <w:lang w:eastAsia="ja-JP"/>
        </w:rPr>
        <w:t>４</w:t>
      </w:r>
    </w:p>
    <w:p w:rsidR="00782E90" w:rsidRPr="00F13869" w:rsidRDefault="00E543CE">
      <w:pPr>
        <w:jc w:val="center"/>
        <w:rPr>
          <w:rFonts w:asciiTheme="majorEastAsia" w:eastAsiaTheme="majorEastAsia" w:hAnsiTheme="majorEastAsia"/>
        </w:rPr>
      </w:pPr>
      <w:r w:rsidRPr="00F13869">
        <w:rPr>
          <w:rFonts w:asciiTheme="majorEastAsia" w:eastAsiaTheme="majorEastAsia" w:hAnsiTheme="majorEastAsia"/>
          <w:b/>
          <w:sz w:val="28"/>
        </w:rPr>
        <w:t>質問書</w:t>
      </w:r>
    </w:p>
    <w:p w:rsidR="00782E90" w:rsidRPr="00F13869" w:rsidRDefault="00782E90">
      <w:pPr>
        <w:rPr>
          <w:rFonts w:asciiTheme="majorEastAsia" w:eastAsiaTheme="majorEastAsia" w:hAnsiTheme="majorEastAsia"/>
        </w:rPr>
      </w:pP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381"/>
        <w:gridCol w:w="6803"/>
      </w:tblGrid>
      <w:tr w:rsidR="00782E90" w:rsidRPr="00F13869">
        <w:trPr>
          <w:jc w:val="center"/>
        </w:trPr>
        <w:tc>
          <w:tcPr>
            <w:tcW w:w="2381" w:type="dxa"/>
            <w:shd w:val="clear" w:color="auto" w:fill="EDEDE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82E90" w:rsidRPr="00F13869" w:rsidRDefault="00E543CE">
            <w:pPr>
              <w:rPr>
                <w:rFonts w:asciiTheme="majorEastAsia" w:eastAsiaTheme="majorEastAsia" w:hAnsiTheme="majorEastAsia"/>
              </w:rPr>
            </w:pPr>
            <w:r w:rsidRPr="00F13869">
              <w:rPr>
                <w:rFonts w:asciiTheme="majorEastAsia" w:eastAsiaTheme="majorEastAsia" w:hAnsiTheme="majorEastAsia"/>
              </w:rPr>
              <w:t>事業者名</w:t>
            </w:r>
          </w:p>
        </w:tc>
        <w:tc>
          <w:tcPr>
            <w:tcW w:w="680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82E90" w:rsidRPr="00F13869" w:rsidRDefault="00782E90">
            <w:pPr>
              <w:spacing w:after="0"/>
              <w:rPr>
                <w:rFonts w:asciiTheme="majorEastAsia" w:eastAsiaTheme="majorEastAsia" w:hAnsiTheme="majorEastAsia"/>
              </w:rPr>
            </w:pPr>
          </w:p>
        </w:tc>
      </w:tr>
      <w:tr w:rsidR="00782E90" w:rsidRPr="00F13869">
        <w:trPr>
          <w:jc w:val="center"/>
        </w:trPr>
        <w:tc>
          <w:tcPr>
            <w:tcW w:w="2381" w:type="dxa"/>
            <w:shd w:val="clear" w:color="auto" w:fill="EDEDE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82E90" w:rsidRPr="00F13869" w:rsidRDefault="00E543CE">
            <w:pPr>
              <w:rPr>
                <w:rFonts w:asciiTheme="majorEastAsia" w:eastAsiaTheme="majorEastAsia" w:hAnsiTheme="majorEastAsia"/>
              </w:rPr>
            </w:pPr>
            <w:r w:rsidRPr="00F13869">
              <w:rPr>
                <w:rFonts w:asciiTheme="majorEastAsia" w:eastAsiaTheme="majorEastAsia" w:hAnsiTheme="majorEastAsia"/>
              </w:rPr>
              <w:t>担当者氏名</w:t>
            </w:r>
          </w:p>
        </w:tc>
        <w:tc>
          <w:tcPr>
            <w:tcW w:w="680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82E90" w:rsidRPr="00F13869" w:rsidRDefault="00782E90">
            <w:pPr>
              <w:spacing w:after="0"/>
              <w:rPr>
                <w:rFonts w:asciiTheme="majorEastAsia" w:eastAsiaTheme="majorEastAsia" w:hAnsiTheme="majorEastAsia"/>
              </w:rPr>
            </w:pPr>
          </w:p>
        </w:tc>
      </w:tr>
      <w:tr w:rsidR="00782E90" w:rsidRPr="00F13869">
        <w:trPr>
          <w:jc w:val="center"/>
        </w:trPr>
        <w:tc>
          <w:tcPr>
            <w:tcW w:w="2381" w:type="dxa"/>
            <w:shd w:val="clear" w:color="auto" w:fill="EDEDE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82E90" w:rsidRPr="00F13869" w:rsidRDefault="00E543CE">
            <w:pPr>
              <w:rPr>
                <w:rFonts w:asciiTheme="majorEastAsia" w:eastAsiaTheme="majorEastAsia" w:hAnsiTheme="majorEastAsia"/>
              </w:rPr>
            </w:pPr>
            <w:r w:rsidRPr="00F13869">
              <w:rPr>
                <w:rFonts w:asciiTheme="majorEastAsia" w:eastAsiaTheme="majorEastAsia" w:hAnsiTheme="majorEastAsia"/>
              </w:rPr>
              <w:t>電話番号</w:t>
            </w:r>
          </w:p>
        </w:tc>
        <w:tc>
          <w:tcPr>
            <w:tcW w:w="680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82E90" w:rsidRPr="00F13869" w:rsidRDefault="00782E90">
            <w:pPr>
              <w:spacing w:after="0"/>
              <w:rPr>
                <w:rFonts w:asciiTheme="majorEastAsia" w:eastAsiaTheme="majorEastAsia" w:hAnsiTheme="majorEastAsia"/>
              </w:rPr>
            </w:pPr>
          </w:p>
        </w:tc>
      </w:tr>
      <w:tr w:rsidR="00782E90" w:rsidRPr="00F13869">
        <w:trPr>
          <w:jc w:val="center"/>
        </w:trPr>
        <w:tc>
          <w:tcPr>
            <w:tcW w:w="2381" w:type="dxa"/>
            <w:shd w:val="clear" w:color="auto" w:fill="EDEDE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82E90" w:rsidRPr="00F13869" w:rsidRDefault="00E543CE">
            <w:pPr>
              <w:rPr>
                <w:rFonts w:asciiTheme="majorEastAsia" w:eastAsiaTheme="majorEastAsia" w:hAnsiTheme="majorEastAsia"/>
              </w:rPr>
            </w:pPr>
            <w:r w:rsidRPr="00F13869">
              <w:rPr>
                <w:rFonts w:asciiTheme="majorEastAsia" w:eastAsiaTheme="majorEastAsia" w:hAnsiTheme="majorEastAsia"/>
              </w:rPr>
              <w:t>電子メール</w:t>
            </w:r>
          </w:p>
        </w:tc>
        <w:tc>
          <w:tcPr>
            <w:tcW w:w="680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82E90" w:rsidRPr="00F13869" w:rsidRDefault="00782E90">
            <w:pPr>
              <w:spacing w:after="0"/>
              <w:rPr>
                <w:rFonts w:asciiTheme="majorEastAsia" w:eastAsiaTheme="majorEastAsia" w:hAnsiTheme="majorEastAsia"/>
              </w:rPr>
            </w:pPr>
          </w:p>
        </w:tc>
      </w:tr>
      <w:tr w:rsidR="00782E90" w:rsidRPr="00F13869">
        <w:trPr>
          <w:jc w:val="center"/>
        </w:trPr>
        <w:tc>
          <w:tcPr>
            <w:tcW w:w="2381" w:type="dxa"/>
            <w:shd w:val="clear" w:color="auto" w:fill="EDEDE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82E90" w:rsidRPr="00F13869" w:rsidRDefault="00E543CE">
            <w:pPr>
              <w:rPr>
                <w:rFonts w:asciiTheme="majorEastAsia" w:eastAsiaTheme="majorEastAsia" w:hAnsiTheme="majorEastAsia"/>
              </w:rPr>
            </w:pPr>
            <w:r w:rsidRPr="00F13869">
              <w:rPr>
                <w:rFonts w:asciiTheme="majorEastAsia" w:eastAsiaTheme="majorEastAsia" w:hAnsiTheme="majorEastAsia"/>
              </w:rPr>
              <w:t>質問事項</w:t>
            </w:r>
          </w:p>
        </w:tc>
        <w:tc>
          <w:tcPr>
            <w:tcW w:w="680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82E90" w:rsidRPr="00F13869" w:rsidRDefault="00E543CE">
            <w:pPr>
              <w:rPr>
                <w:rFonts w:asciiTheme="majorEastAsia" w:eastAsiaTheme="majorEastAsia" w:hAnsiTheme="majorEastAsia"/>
                <w:lang w:eastAsia="ja-JP"/>
              </w:rPr>
            </w:pPr>
            <w:r w:rsidRPr="00F13869">
              <w:rPr>
                <w:rFonts w:asciiTheme="majorEastAsia" w:eastAsiaTheme="majorEastAsia" w:hAnsiTheme="majorEastAsia"/>
                <w:lang w:eastAsia="ja-JP"/>
              </w:rPr>
              <w:t>資料名・ページ：</w:t>
            </w:r>
            <w:r w:rsidRPr="00F13869">
              <w:rPr>
                <w:rFonts w:asciiTheme="majorEastAsia" w:eastAsiaTheme="majorEastAsia" w:hAnsiTheme="majorEastAsia"/>
                <w:lang w:eastAsia="ja-JP"/>
              </w:rPr>
              <w:br/>
            </w:r>
            <w:r w:rsidRPr="00F13869">
              <w:rPr>
                <w:rFonts w:asciiTheme="majorEastAsia" w:eastAsiaTheme="majorEastAsia" w:hAnsiTheme="majorEastAsia"/>
                <w:lang w:eastAsia="ja-JP"/>
              </w:rPr>
              <w:br/>
              <w:t>質問内容：</w:t>
            </w:r>
            <w:r w:rsidRPr="00F13869">
              <w:rPr>
                <w:rFonts w:asciiTheme="majorEastAsia" w:eastAsiaTheme="majorEastAsia" w:hAnsiTheme="majorEastAsia"/>
                <w:lang w:eastAsia="ja-JP"/>
              </w:rPr>
              <w:br/>
            </w:r>
            <w:r w:rsidRPr="00F13869">
              <w:rPr>
                <w:rFonts w:asciiTheme="majorEastAsia" w:eastAsiaTheme="majorEastAsia" w:hAnsiTheme="majorEastAsia"/>
                <w:lang w:eastAsia="ja-JP"/>
              </w:rPr>
              <w:br/>
            </w:r>
          </w:p>
        </w:tc>
      </w:tr>
    </w:tbl>
    <w:p w:rsidR="00782E90" w:rsidRPr="00F60E06" w:rsidRDefault="00E543CE">
      <w:pPr>
        <w:pStyle w:val="aff"/>
        <w:rPr>
          <w:rFonts w:asciiTheme="majorEastAsia" w:eastAsiaTheme="majorEastAsia" w:hAnsiTheme="majorEastAsia"/>
          <w:sz w:val="21"/>
          <w:lang w:eastAsia="ja-JP"/>
        </w:rPr>
      </w:pPr>
      <w:r w:rsidRPr="00F60E06">
        <w:rPr>
          <w:rFonts w:asciiTheme="majorEastAsia" w:eastAsiaTheme="majorEastAsia" w:hAnsiTheme="majorEastAsia"/>
          <w:sz w:val="21"/>
          <w:lang w:eastAsia="ja-JP"/>
        </w:rPr>
        <w:t>※ 質問は，1項目につき1枚としてください。</w:t>
      </w:r>
    </w:p>
    <w:sectPr w:rsidR="00782E90" w:rsidRPr="00F60E06" w:rsidSect="00F203D7">
      <w:pgSz w:w="12240" w:h="15840"/>
      <w:pgMar w:top="1134" w:right="1247" w:bottom="1020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361F" w:rsidRDefault="0009361F">
      <w:pPr>
        <w:spacing w:after="0" w:line="240" w:lineRule="auto"/>
      </w:pPr>
      <w:r>
        <w:separator/>
      </w:r>
    </w:p>
  </w:endnote>
  <w:endnote w:type="continuationSeparator" w:id="0">
    <w:p w:rsidR="0009361F" w:rsidRDefault="00093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361F" w:rsidRDefault="0009361F">
      <w:pPr>
        <w:spacing w:after="0" w:line="240" w:lineRule="auto"/>
      </w:pPr>
      <w:r>
        <w:separator/>
      </w:r>
    </w:p>
  </w:footnote>
  <w:footnote w:type="continuationSeparator" w:id="0">
    <w:p w:rsidR="0009361F" w:rsidRDefault="000936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1852"/>
    <w:rsid w:val="0009361F"/>
    <w:rsid w:val="0015074B"/>
    <w:rsid w:val="0029639D"/>
    <w:rsid w:val="002D2512"/>
    <w:rsid w:val="00326F90"/>
    <w:rsid w:val="005D4EE3"/>
    <w:rsid w:val="00693E51"/>
    <w:rsid w:val="00701C76"/>
    <w:rsid w:val="00782E90"/>
    <w:rsid w:val="00884144"/>
    <w:rsid w:val="0095791C"/>
    <w:rsid w:val="009B7658"/>
    <w:rsid w:val="00A447EB"/>
    <w:rsid w:val="00AA1D8D"/>
    <w:rsid w:val="00B47730"/>
    <w:rsid w:val="00B92320"/>
    <w:rsid w:val="00CB0664"/>
    <w:rsid w:val="00CB3E95"/>
    <w:rsid w:val="00D034E1"/>
    <w:rsid w:val="00E543CE"/>
    <w:rsid w:val="00F13869"/>
    <w:rsid w:val="00F203D7"/>
    <w:rsid w:val="00F60E0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300"/>
  <w15:docId w15:val="{5DF82FEE-E563-4A88-B334-8D3B5266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FC693F"/>
    <w:pPr>
      <w:spacing w:after="60" w:line="288" w:lineRule="auto"/>
    </w:pPr>
    <w:rPr>
      <w:rFonts w:ascii="BIZ UD明朝 Medium" w:eastAsia="BIZ UD明朝 Medium" w:hAnsi="BIZ UD明朝 Medium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ff">
    <w:name w:val="注記"/>
    <w:pPr>
      <w:spacing w:after="40"/>
    </w:pPr>
    <w:rPr>
      <w:rFonts w:ascii="BIZ UD明朝 Medium" w:eastAsia="BIZ UD明朝 Medium" w:hAnsi="BIZ UD明朝 Medium"/>
      <w:sz w:val="18"/>
    </w:rPr>
  </w:style>
  <w:style w:type="paragraph" w:styleId="aff0">
    <w:name w:val="Balloon Text"/>
    <w:basedOn w:val="a1"/>
    <w:link w:val="aff1"/>
    <w:uiPriority w:val="99"/>
    <w:semiHidden/>
    <w:unhideWhenUsed/>
    <w:rsid w:val="00F60E0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1">
    <w:name w:val="吹き出し (文字)"/>
    <w:basedOn w:val="a2"/>
    <w:link w:val="aff0"/>
    <w:uiPriority w:val="99"/>
    <w:semiHidden/>
    <w:rsid w:val="00F60E0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有川 誠</cp:lastModifiedBy>
  <cp:revision>3</cp:revision>
  <cp:lastPrinted>2026-07-31T01:31:00Z</cp:lastPrinted>
  <dcterms:created xsi:type="dcterms:W3CDTF">2026-08-05T23:44:00Z</dcterms:created>
  <dcterms:modified xsi:type="dcterms:W3CDTF">2026-08-05T23:47:00Z</dcterms:modified>
  <cp:category/>
</cp:coreProperties>
</file>