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F8C" w:rsidRDefault="00423F8C" w:rsidP="00423F8C">
      <w:pPr>
        <w:spacing w:after="20" w:line="240" w:lineRule="auto"/>
        <w:jc w:val="right"/>
        <w:rPr>
          <w:rFonts w:ascii="BIZ UDPゴシック" w:eastAsia="BIZ UDPゴシック" w:hAnsi="BIZ UDPゴシック"/>
          <w:lang w:eastAsia="ja-JP"/>
        </w:rPr>
      </w:pPr>
    </w:p>
    <w:p w:rsidR="0027654C" w:rsidRDefault="00423F8C" w:rsidP="00423F8C">
      <w:pPr>
        <w:spacing w:after="20" w:line="240" w:lineRule="auto"/>
        <w:jc w:val="right"/>
        <w:rPr>
          <w:rFonts w:ascii="BIZ UDPゴシック" w:eastAsia="BIZ UDPゴシック" w:hAnsi="BIZ UDPゴシック"/>
          <w:lang w:eastAsia="ja-JP"/>
        </w:rPr>
      </w:pPr>
      <w:r w:rsidRPr="00423F8C">
        <w:rPr>
          <w:rFonts w:ascii="BIZ UDPゴシック" w:eastAsia="BIZ UDPゴシック" w:hAnsi="BIZ UDPゴシック"/>
          <w:lang w:eastAsia="ja-JP"/>
        </w:rPr>
        <w:t>【様式２】</w:t>
      </w:r>
    </w:p>
    <w:p w:rsidR="00423F8C" w:rsidRPr="00423F8C" w:rsidRDefault="00423F8C" w:rsidP="00423F8C">
      <w:pPr>
        <w:spacing w:after="20" w:line="240" w:lineRule="auto"/>
        <w:jc w:val="right"/>
        <w:rPr>
          <w:rFonts w:ascii="BIZ UDPゴシック" w:eastAsia="BIZ UDPゴシック" w:hAnsi="BIZ UDPゴシック" w:hint="eastAsia"/>
          <w:lang w:eastAsia="ja-JP"/>
        </w:rPr>
      </w:pPr>
    </w:p>
    <w:p w:rsidR="0027654C" w:rsidRDefault="00423F8C">
      <w:pPr>
        <w:spacing w:after="20" w:line="240" w:lineRule="auto"/>
        <w:jc w:val="center"/>
        <w:rPr>
          <w:rFonts w:ascii="BIZ UDPゴシック" w:eastAsia="BIZ UDPゴシック" w:hAnsi="BIZ UDPゴシック"/>
          <w:lang w:eastAsia="ja-JP"/>
        </w:rPr>
      </w:pPr>
      <w:r w:rsidRPr="00423F8C">
        <w:rPr>
          <w:rFonts w:ascii="BIZ UDPゴシック" w:eastAsia="BIZ UDPゴシック" w:hAnsi="BIZ UDPゴシック"/>
          <w:lang w:eastAsia="ja-JP"/>
        </w:rPr>
        <w:t>事業者概要</w:t>
      </w:r>
    </w:p>
    <w:p w:rsidR="00423F8C" w:rsidRPr="00423F8C" w:rsidRDefault="00423F8C">
      <w:pPr>
        <w:spacing w:after="20" w:line="240" w:lineRule="auto"/>
        <w:jc w:val="center"/>
        <w:rPr>
          <w:rFonts w:ascii="BIZ UDPゴシック" w:eastAsia="BIZ UDPゴシック" w:hAnsi="BIZ UDPゴシック" w:hint="eastAsia"/>
          <w:lang w:eastAsia="ja-JP"/>
        </w:rPr>
      </w:pPr>
    </w:p>
    <w:p w:rsidR="0027654C" w:rsidRDefault="00423F8C">
      <w:pPr>
        <w:spacing w:after="120" w:line="240" w:lineRule="auto"/>
        <w:jc w:val="center"/>
        <w:rPr>
          <w:rFonts w:ascii="BIZ UDPゴシック" w:eastAsia="BIZ UDPゴシック" w:hAnsi="BIZ UDPゴシック"/>
          <w:lang w:eastAsia="ja-JP"/>
        </w:rPr>
      </w:pPr>
      <w:r w:rsidRPr="00423F8C">
        <w:rPr>
          <w:rFonts w:ascii="BIZ UDPゴシック" w:eastAsia="BIZ UDPゴシック" w:hAnsi="BIZ UDPゴシック"/>
          <w:lang w:eastAsia="ja-JP"/>
        </w:rPr>
        <w:t>令和８年度</w:t>
      </w:r>
      <w:r w:rsidRPr="00423F8C">
        <w:rPr>
          <w:rFonts w:ascii="BIZ UDPゴシック" w:eastAsia="BIZ UDPゴシック" w:hAnsi="BIZ UDPゴシック"/>
          <w:lang w:eastAsia="ja-JP"/>
        </w:rPr>
        <w:t xml:space="preserve"> </w:t>
      </w:r>
      <w:r w:rsidRPr="00423F8C">
        <w:rPr>
          <w:rFonts w:ascii="BIZ UDPゴシック" w:eastAsia="BIZ UDPゴシック" w:hAnsi="BIZ UDPゴシック"/>
          <w:lang w:eastAsia="ja-JP"/>
        </w:rPr>
        <w:t>奄美市</w:t>
      </w:r>
      <w:r w:rsidRPr="00423F8C">
        <w:rPr>
          <w:rFonts w:ascii="BIZ UDPゴシック" w:eastAsia="BIZ UDPゴシック" w:hAnsi="BIZ UDPゴシック"/>
          <w:lang w:eastAsia="ja-JP"/>
        </w:rPr>
        <w:t xml:space="preserve"> AI</w:t>
      </w:r>
      <w:r w:rsidRPr="00423F8C">
        <w:rPr>
          <w:rFonts w:ascii="BIZ UDPゴシック" w:eastAsia="BIZ UDPゴシック" w:hAnsi="BIZ UDPゴシック"/>
          <w:lang w:eastAsia="ja-JP"/>
        </w:rPr>
        <w:t>活用マーケティング人材育成業務委託</w:t>
      </w:r>
    </w:p>
    <w:p w:rsidR="00423F8C" w:rsidRPr="00423F8C" w:rsidRDefault="00423F8C">
      <w:pPr>
        <w:spacing w:after="120" w:line="240" w:lineRule="auto"/>
        <w:jc w:val="center"/>
        <w:rPr>
          <w:rFonts w:ascii="BIZ UDPゴシック" w:eastAsia="BIZ UDPゴシック" w:hAnsi="BIZ UDPゴシック" w:hint="eastAsia"/>
          <w:lang w:eastAsia="ja-JP"/>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54"/>
        <w:gridCol w:w="2948"/>
        <w:gridCol w:w="2154"/>
        <w:gridCol w:w="2607"/>
      </w:tblGrid>
      <w:tr w:rsidR="0027654C" w:rsidRPr="00423F8C">
        <w:trPr>
          <w:trHeight w:val="737"/>
          <w:jc w:val="center"/>
        </w:trPr>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lang w:eastAsia="ja-JP"/>
              </w:rPr>
            </w:pPr>
            <w:r w:rsidRPr="00423F8C">
              <w:rPr>
                <w:rFonts w:ascii="BIZ UDPゴシック" w:eastAsia="BIZ UDPゴシック" w:hAnsi="BIZ UDPゴシック"/>
                <w:b/>
                <w:sz w:val="20"/>
                <w:lang w:eastAsia="ja-JP"/>
              </w:rPr>
              <w:t>事業者名</w:t>
            </w:r>
            <w:r w:rsidRPr="00423F8C">
              <w:rPr>
                <w:rFonts w:ascii="BIZ UDPゴシック" w:eastAsia="BIZ UDPゴシック" w:hAnsi="BIZ UDPゴシック"/>
                <w:b/>
                <w:sz w:val="20"/>
                <w:lang w:eastAsia="ja-JP"/>
              </w:rPr>
              <w:br/>
            </w:r>
            <w:r w:rsidRPr="00423F8C">
              <w:rPr>
                <w:rFonts w:ascii="BIZ UDPゴシック" w:eastAsia="BIZ UDPゴシック" w:hAnsi="BIZ UDPゴシック"/>
                <w:b/>
                <w:sz w:val="20"/>
                <w:lang w:eastAsia="ja-JP"/>
              </w:rPr>
              <w:t>（商号又は名称）</w:t>
            </w:r>
          </w:p>
        </w:tc>
        <w:tc>
          <w:tcPr>
            <w:tcW w:w="7709" w:type="dxa"/>
            <w:gridSpan w:val="3"/>
            <w:tcMar>
              <w:top w:w="110" w:type="dxa"/>
              <w:left w:w="120" w:type="dxa"/>
              <w:bottom w:w="110" w:type="dxa"/>
              <w:right w:w="120" w:type="dxa"/>
            </w:tcMar>
            <w:vAlign w:val="center"/>
          </w:tcPr>
          <w:p w:rsidR="0027654C" w:rsidRPr="00423F8C" w:rsidRDefault="0027654C">
            <w:pPr>
              <w:spacing w:after="0" w:line="240" w:lineRule="auto"/>
              <w:rPr>
                <w:rFonts w:ascii="BIZ UDPゴシック" w:eastAsia="BIZ UDPゴシック" w:hAnsi="BIZ UDPゴシック"/>
                <w:lang w:eastAsia="ja-JP"/>
              </w:rPr>
            </w:pPr>
          </w:p>
        </w:tc>
      </w:tr>
      <w:tr w:rsidR="0027654C" w:rsidRPr="00423F8C">
        <w:trPr>
          <w:trHeight w:val="680"/>
          <w:jc w:val="center"/>
        </w:trPr>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rPr>
            </w:pPr>
            <w:proofErr w:type="spellStart"/>
            <w:r w:rsidRPr="00423F8C">
              <w:rPr>
                <w:rFonts w:ascii="BIZ UDPゴシック" w:eastAsia="BIZ UDPゴシック" w:hAnsi="BIZ UDPゴシック"/>
                <w:b/>
                <w:sz w:val="20"/>
              </w:rPr>
              <w:t>代表者職・氏名</w:t>
            </w:r>
            <w:proofErr w:type="spellEnd"/>
          </w:p>
        </w:tc>
        <w:tc>
          <w:tcPr>
            <w:tcW w:w="7709" w:type="dxa"/>
            <w:gridSpan w:val="3"/>
            <w:tcMar>
              <w:top w:w="110" w:type="dxa"/>
              <w:left w:w="120" w:type="dxa"/>
              <w:bottom w:w="110" w:type="dxa"/>
              <w:right w:w="120" w:type="dxa"/>
            </w:tcMar>
            <w:vAlign w:val="center"/>
          </w:tcPr>
          <w:p w:rsidR="0027654C" w:rsidRPr="00423F8C" w:rsidRDefault="0027654C">
            <w:pPr>
              <w:spacing w:after="0" w:line="240" w:lineRule="auto"/>
              <w:rPr>
                <w:rFonts w:ascii="BIZ UDPゴシック" w:eastAsia="BIZ UDPゴシック" w:hAnsi="BIZ UDPゴシック"/>
              </w:rPr>
            </w:pPr>
          </w:p>
        </w:tc>
      </w:tr>
      <w:tr w:rsidR="0027654C" w:rsidRPr="00423F8C">
        <w:trPr>
          <w:trHeight w:val="850"/>
          <w:jc w:val="center"/>
        </w:trPr>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lang w:eastAsia="ja-JP"/>
              </w:rPr>
            </w:pPr>
            <w:r w:rsidRPr="00423F8C">
              <w:rPr>
                <w:rFonts w:ascii="BIZ UDPゴシック" w:eastAsia="BIZ UDPゴシック" w:hAnsi="BIZ UDPゴシック"/>
                <w:b/>
                <w:sz w:val="20"/>
                <w:lang w:eastAsia="ja-JP"/>
              </w:rPr>
              <w:t>所在地</w:t>
            </w:r>
            <w:r w:rsidRPr="00423F8C">
              <w:rPr>
                <w:rFonts w:ascii="BIZ UDPゴシック" w:eastAsia="BIZ UDPゴシック" w:hAnsi="BIZ UDPゴシック"/>
                <w:b/>
                <w:sz w:val="20"/>
                <w:lang w:eastAsia="ja-JP"/>
              </w:rPr>
              <w:br/>
            </w:r>
            <w:r w:rsidRPr="00423F8C">
              <w:rPr>
                <w:rFonts w:ascii="BIZ UDPゴシック" w:eastAsia="BIZ UDPゴシック" w:hAnsi="BIZ UDPゴシック"/>
                <w:b/>
                <w:sz w:val="20"/>
                <w:lang w:eastAsia="ja-JP"/>
              </w:rPr>
              <w:t>（主たる事務所）</w:t>
            </w:r>
          </w:p>
        </w:tc>
        <w:tc>
          <w:tcPr>
            <w:tcW w:w="7709" w:type="dxa"/>
            <w:gridSpan w:val="3"/>
            <w:tcMar>
              <w:top w:w="110" w:type="dxa"/>
              <w:left w:w="120" w:type="dxa"/>
              <w:bottom w:w="110" w:type="dxa"/>
              <w:right w:w="120" w:type="dxa"/>
            </w:tcMar>
            <w:vAlign w:val="center"/>
          </w:tcPr>
          <w:p w:rsidR="0027654C" w:rsidRPr="00423F8C" w:rsidRDefault="00423F8C">
            <w:pPr>
              <w:spacing w:after="0" w:line="240" w:lineRule="auto"/>
              <w:rPr>
                <w:rFonts w:ascii="BIZ UDPゴシック" w:eastAsia="BIZ UDPゴシック" w:hAnsi="BIZ UDPゴシック"/>
              </w:rPr>
            </w:pPr>
            <w:r w:rsidRPr="00423F8C">
              <w:rPr>
                <w:rFonts w:ascii="BIZ UDPゴシック" w:eastAsia="BIZ UDPゴシック" w:hAnsi="BIZ UDPゴシック"/>
              </w:rPr>
              <w:t>〒</w:t>
            </w:r>
          </w:p>
        </w:tc>
      </w:tr>
      <w:tr w:rsidR="0027654C" w:rsidRPr="00423F8C">
        <w:trPr>
          <w:trHeight w:val="850"/>
          <w:jc w:val="center"/>
        </w:trPr>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lang w:eastAsia="ja-JP"/>
              </w:rPr>
            </w:pPr>
            <w:r w:rsidRPr="00423F8C">
              <w:rPr>
                <w:rFonts w:ascii="BIZ UDPゴシック" w:eastAsia="BIZ UDPゴシック" w:hAnsi="BIZ UDPゴシック"/>
                <w:b/>
                <w:sz w:val="20"/>
                <w:lang w:eastAsia="ja-JP"/>
              </w:rPr>
              <w:t>県内事業所所在地</w:t>
            </w:r>
            <w:r w:rsidRPr="00423F8C">
              <w:rPr>
                <w:rFonts w:ascii="BIZ UDPゴシック" w:eastAsia="BIZ UDPゴシック" w:hAnsi="BIZ UDPゴシック"/>
                <w:b/>
                <w:sz w:val="20"/>
                <w:lang w:eastAsia="ja-JP"/>
              </w:rPr>
              <w:br/>
            </w:r>
            <w:r w:rsidRPr="00423F8C">
              <w:rPr>
                <w:rFonts w:ascii="BIZ UDPゴシック" w:eastAsia="BIZ UDPゴシック" w:hAnsi="BIZ UDPゴシック"/>
                <w:b/>
                <w:sz w:val="20"/>
                <w:lang w:eastAsia="ja-JP"/>
              </w:rPr>
              <w:t>（該当する場合）</w:t>
            </w:r>
          </w:p>
        </w:tc>
        <w:tc>
          <w:tcPr>
            <w:tcW w:w="7709" w:type="dxa"/>
            <w:gridSpan w:val="3"/>
            <w:tcMar>
              <w:top w:w="110" w:type="dxa"/>
              <w:left w:w="120" w:type="dxa"/>
              <w:bottom w:w="110" w:type="dxa"/>
              <w:right w:w="120" w:type="dxa"/>
            </w:tcMar>
            <w:vAlign w:val="center"/>
          </w:tcPr>
          <w:p w:rsidR="0027654C" w:rsidRPr="00423F8C" w:rsidRDefault="00423F8C">
            <w:pPr>
              <w:spacing w:after="0" w:line="240" w:lineRule="auto"/>
              <w:rPr>
                <w:rFonts w:ascii="BIZ UDPゴシック" w:eastAsia="BIZ UDPゴシック" w:hAnsi="BIZ UDPゴシック"/>
              </w:rPr>
            </w:pPr>
            <w:r w:rsidRPr="00423F8C">
              <w:rPr>
                <w:rFonts w:ascii="BIZ UDPゴシック" w:eastAsia="BIZ UDPゴシック" w:hAnsi="BIZ UDPゴシック"/>
              </w:rPr>
              <w:t>〒</w:t>
            </w:r>
          </w:p>
        </w:tc>
      </w:tr>
      <w:tr w:rsidR="0027654C" w:rsidRPr="00423F8C">
        <w:trPr>
          <w:trHeight w:val="623"/>
          <w:jc w:val="center"/>
        </w:trPr>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rPr>
            </w:pPr>
            <w:r w:rsidRPr="00423F8C">
              <w:rPr>
                <w:rFonts w:ascii="BIZ UDPゴシック" w:eastAsia="BIZ UDPゴシック" w:hAnsi="BIZ UDPゴシック"/>
                <w:b/>
                <w:sz w:val="20"/>
              </w:rPr>
              <w:t>ＴＥＬ</w:t>
            </w:r>
          </w:p>
        </w:tc>
        <w:tc>
          <w:tcPr>
            <w:tcW w:w="2948" w:type="dxa"/>
            <w:tcMar>
              <w:top w:w="110" w:type="dxa"/>
              <w:left w:w="120" w:type="dxa"/>
              <w:bottom w:w="110" w:type="dxa"/>
              <w:right w:w="120" w:type="dxa"/>
            </w:tcMar>
            <w:vAlign w:val="center"/>
          </w:tcPr>
          <w:p w:rsidR="0027654C" w:rsidRPr="00423F8C" w:rsidRDefault="0027654C">
            <w:pPr>
              <w:spacing w:after="0" w:line="240" w:lineRule="auto"/>
              <w:rPr>
                <w:rFonts w:ascii="BIZ UDPゴシック" w:eastAsia="BIZ UDPゴシック" w:hAnsi="BIZ UDPゴシック"/>
              </w:rPr>
            </w:pPr>
          </w:p>
        </w:tc>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rPr>
            </w:pPr>
            <w:r w:rsidRPr="00423F8C">
              <w:rPr>
                <w:rFonts w:ascii="BIZ UDPゴシック" w:eastAsia="BIZ UDPゴシック" w:hAnsi="BIZ UDPゴシック"/>
                <w:b/>
                <w:sz w:val="20"/>
              </w:rPr>
              <w:t>ＦＡＸ</w:t>
            </w:r>
          </w:p>
        </w:tc>
        <w:tc>
          <w:tcPr>
            <w:tcW w:w="2607" w:type="dxa"/>
            <w:tcMar>
              <w:top w:w="110" w:type="dxa"/>
              <w:left w:w="120" w:type="dxa"/>
              <w:bottom w:w="110" w:type="dxa"/>
              <w:right w:w="120" w:type="dxa"/>
            </w:tcMar>
            <w:vAlign w:val="center"/>
          </w:tcPr>
          <w:p w:rsidR="0027654C" w:rsidRPr="00423F8C" w:rsidRDefault="0027654C">
            <w:pPr>
              <w:spacing w:after="0" w:line="240" w:lineRule="auto"/>
              <w:rPr>
                <w:rFonts w:ascii="BIZ UDPゴシック" w:eastAsia="BIZ UDPゴシック" w:hAnsi="BIZ UDPゴシック"/>
              </w:rPr>
            </w:pPr>
          </w:p>
        </w:tc>
      </w:tr>
      <w:tr w:rsidR="0027654C" w:rsidRPr="00423F8C">
        <w:trPr>
          <w:trHeight w:val="623"/>
          <w:jc w:val="center"/>
        </w:trPr>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rPr>
            </w:pPr>
            <w:r w:rsidRPr="00423F8C">
              <w:rPr>
                <w:rFonts w:ascii="BIZ UDPゴシック" w:eastAsia="BIZ UDPゴシック" w:hAnsi="BIZ UDPゴシック"/>
                <w:b/>
                <w:sz w:val="20"/>
              </w:rPr>
              <w:t>E-mail</w:t>
            </w:r>
          </w:p>
        </w:tc>
        <w:tc>
          <w:tcPr>
            <w:tcW w:w="7709" w:type="dxa"/>
            <w:gridSpan w:val="3"/>
            <w:tcMar>
              <w:top w:w="110" w:type="dxa"/>
              <w:left w:w="120" w:type="dxa"/>
              <w:bottom w:w="110" w:type="dxa"/>
              <w:right w:w="120" w:type="dxa"/>
            </w:tcMar>
            <w:vAlign w:val="center"/>
          </w:tcPr>
          <w:p w:rsidR="0027654C" w:rsidRPr="00423F8C" w:rsidRDefault="0027654C">
            <w:pPr>
              <w:spacing w:after="0" w:line="240" w:lineRule="auto"/>
              <w:rPr>
                <w:rFonts w:ascii="BIZ UDPゴシック" w:eastAsia="BIZ UDPゴシック" w:hAnsi="BIZ UDPゴシック"/>
              </w:rPr>
            </w:pPr>
          </w:p>
        </w:tc>
      </w:tr>
      <w:tr w:rsidR="0027654C" w:rsidRPr="00423F8C">
        <w:trPr>
          <w:trHeight w:val="737"/>
          <w:jc w:val="center"/>
        </w:trPr>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rPr>
            </w:pPr>
            <w:r w:rsidRPr="00423F8C">
              <w:rPr>
                <w:rFonts w:ascii="BIZ UDPゴシック" w:eastAsia="BIZ UDPゴシック" w:hAnsi="BIZ UDPゴシック"/>
                <w:b/>
                <w:sz w:val="20"/>
              </w:rPr>
              <w:t>設立（開業）年月日</w:t>
            </w:r>
          </w:p>
        </w:tc>
        <w:tc>
          <w:tcPr>
            <w:tcW w:w="2948" w:type="dxa"/>
            <w:tcMar>
              <w:top w:w="110" w:type="dxa"/>
              <w:left w:w="120" w:type="dxa"/>
              <w:bottom w:w="110" w:type="dxa"/>
              <w:right w:w="120" w:type="dxa"/>
            </w:tcMar>
            <w:vAlign w:val="center"/>
          </w:tcPr>
          <w:p w:rsidR="0027654C" w:rsidRPr="00423F8C" w:rsidRDefault="00423F8C">
            <w:pPr>
              <w:spacing w:after="0" w:line="240" w:lineRule="auto"/>
              <w:rPr>
                <w:rFonts w:ascii="BIZ UDPゴシック" w:eastAsia="BIZ UDPゴシック" w:hAnsi="BIZ UDPゴシック"/>
              </w:rPr>
            </w:pPr>
            <w:r w:rsidRPr="00423F8C">
              <w:rPr>
                <w:rFonts w:ascii="BIZ UDPゴシック" w:eastAsia="BIZ UDPゴシック" w:hAnsi="BIZ UDPゴシック"/>
                <w:sz w:val="20"/>
              </w:rPr>
              <w:t xml:space="preserve">　　　　年　　月　　日</w:t>
            </w:r>
          </w:p>
        </w:tc>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rPr>
            </w:pPr>
            <w:r w:rsidRPr="00423F8C">
              <w:rPr>
                <w:rFonts w:ascii="BIZ UDPゴシック" w:eastAsia="BIZ UDPゴシック" w:hAnsi="BIZ UDPゴシック"/>
                <w:b/>
                <w:sz w:val="20"/>
              </w:rPr>
              <w:t>資本金</w:t>
            </w:r>
            <w:r w:rsidRPr="00423F8C">
              <w:rPr>
                <w:rFonts w:ascii="BIZ UDPゴシック" w:eastAsia="BIZ UDPゴシック" w:hAnsi="BIZ UDPゴシック"/>
                <w:b/>
                <w:sz w:val="20"/>
              </w:rPr>
              <w:br/>
            </w:r>
            <w:r w:rsidRPr="00423F8C">
              <w:rPr>
                <w:rFonts w:ascii="BIZ UDPゴシック" w:eastAsia="BIZ UDPゴシック" w:hAnsi="BIZ UDPゴシック"/>
                <w:b/>
                <w:sz w:val="20"/>
              </w:rPr>
              <w:t>（法人のみ）</w:t>
            </w:r>
          </w:p>
        </w:tc>
        <w:tc>
          <w:tcPr>
            <w:tcW w:w="2607" w:type="dxa"/>
            <w:tcMar>
              <w:top w:w="110" w:type="dxa"/>
              <w:left w:w="120" w:type="dxa"/>
              <w:bottom w:w="110" w:type="dxa"/>
              <w:right w:w="120" w:type="dxa"/>
            </w:tcMar>
            <w:vAlign w:val="center"/>
          </w:tcPr>
          <w:p w:rsidR="0027654C" w:rsidRPr="00423F8C" w:rsidRDefault="00423F8C">
            <w:pPr>
              <w:spacing w:after="0" w:line="240" w:lineRule="auto"/>
              <w:rPr>
                <w:rFonts w:ascii="BIZ UDPゴシック" w:eastAsia="BIZ UDPゴシック" w:hAnsi="BIZ UDPゴシック"/>
              </w:rPr>
            </w:pPr>
            <w:r w:rsidRPr="00423F8C">
              <w:rPr>
                <w:rFonts w:ascii="BIZ UDPゴシック" w:eastAsia="BIZ UDPゴシック" w:hAnsi="BIZ UDPゴシック"/>
                <w:sz w:val="20"/>
              </w:rPr>
              <w:t xml:space="preserve">　　　　　　　　　円</w:t>
            </w:r>
          </w:p>
        </w:tc>
      </w:tr>
      <w:tr w:rsidR="0027654C" w:rsidRPr="00423F8C">
        <w:trPr>
          <w:trHeight w:val="2834"/>
          <w:jc w:val="center"/>
        </w:trPr>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rPr>
            </w:pPr>
            <w:r w:rsidRPr="00423F8C">
              <w:rPr>
                <w:rFonts w:ascii="BIZ UDPゴシック" w:eastAsia="BIZ UDPゴシック" w:hAnsi="BIZ UDPゴシック"/>
                <w:b/>
                <w:sz w:val="20"/>
              </w:rPr>
              <w:t>事業概要</w:t>
            </w:r>
          </w:p>
        </w:tc>
        <w:tc>
          <w:tcPr>
            <w:tcW w:w="7709" w:type="dxa"/>
            <w:gridSpan w:val="3"/>
            <w:tcMar>
              <w:top w:w="110" w:type="dxa"/>
              <w:left w:w="120" w:type="dxa"/>
              <w:bottom w:w="110" w:type="dxa"/>
              <w:right w:w="120" w:type="dxa"/>
            </w:tcMar>
            <w:vAlign w:val="center"/>
          </w:tcPr>
          <w:p w:rsidR="0027654C" w:rsidRPr="00423F8C" w:rsidRDefault="0027654C">
            <w:pPr>
              <w:spacing w:after="0" w:line="240" w:lineRule="auto"/>
              <w:rPr>
                <w:rFonts w:ascii="BIZ UDPゴシック" w:eastAsia="BIZ UDPゴシック" w:hAnsi="BIZ UDPゴシック"/>
              </w:rPr>
            </w:pPr>
          </w:p>
        </w:tc>
      </w:tr>
      <w:tr w:rsidR="0027654C" w:rsidRPr="00423F8C">
        <w:trPr>
          <w:trHeight w:val="793"/>
          <w:jc w:val="center"/>
        </w:trPr>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rPr>
            </w:pPr>
            <w:r w:rsidRPr="00423F8C">
              <w:rPr>
                <w:rFonts w:ascii="BIZ UDPゴシック" w:eastAsia="BIZ UDPゴシック" w:hAnsi="BIZ UDPゴシック"/>
                <w:b/>
                <w:sz w:val="20"/>
              </w:rPr>
              <w:t>従業員数</w:t>
            </w:r>
          </w:p>
        </w:tc>
        <w:tc>
          <w:tcPr>
            <w:tcW w:w="2948" w:type="dxa"/>
            <w:tcMar>
              <w:top w:w="110" w:type="dxa"/>
              <w:left w:w="120" w:type="dxa"/>
              <w:bottom w:w="110" w:type="dxa"/>
              <w:right w:w="120" w:type="dxa"/>
            </w:tcMar>
            <w:vAlign w:val="center"/>
          </w:tcPr>
          <w:p w:rsidR="0027654C" w:rsidRPr="00423F8C" w:rsidRDefault="00423F8C">
            <w:pPr>
              <w:spacing w:after="0" w:line="240" w:lineRule="auto"/>
              <w:rPr>
                <w:rFonts w:ascii="BIZ UDPゴシック" w:eastAsia="BIZ UDPゴシック" w:hAnsi="BIZ UDPゴシック"/>
              </w:rPr>
            </w:pPr>
            <w:r w:rsidRPr="00423F8C">
              <w:rPr>
                <w:rFonts w:ascii="BIZ UDPゴシック" w:eastAsia="BIZ UDPゴシック" w:hAnsi="BIZ UDPゴシック"/>
                <w:sz w:val="20"/>
              </w:rPr>
              <w:t xml:space="preserve">　　　　　　　　　人</w:t>
            </w:r>
          </w:p>
        </w:tc>
        <w:tc>
          <w:tcPr>
            <w:tcW w:w="2154" w:type="dxa"/>
            <w:tcMar>
              <w:top w:w="110" w:type="dxa"/>
              <w:left w:w="120" w:type="dxa"/>
              <w:bottom w:w="110" w:type="dxa"/>
              <w:right w:w="120" w:type="dxa"/>
            </w:tcMar>
            <w:vAlign w:val="center"/>
          </w:tcPr>
          <w:p w:rsidR="0027654C" w:rsidRPr="00423F8C" w:rsidRDefault="00423F8C">
            <w:pPr>
              <w:spacing w:after="0" w:line="240" w:lineRule="auto"/>
              <w:jc w:val="center"/>
              <w:rPr>
                <w:rFonts w:ascii="BIZ UDPゴシック" w:eastAsia="BIZ UDPゴシック" w:hAnsi="BIZ UDPゴシック"/>
                <w:lang w:eastAsia="ja-JP"/>
              </w:rPr>
            </w:pPr>
            <w:r w:rsidRPr="00423F8C">
              <w:rPr>
                <w:rFonts w:ascii="BIZ UDPゴシック" w:eastAsia="BIZ UDPゴシック" w:hAnsi="BIZ UDPゴシック"/>
                <w:b/>
                <w:sz w:val="20"/>
                <w:lang w:eastAsia="ja-JP"/>
              </w:rPr>
              <w:t>うち本業務</w:t>
            </w:r>
            <w:r w:rsidRPr="00423F8C">
              <w:rPr>
                <w:rFonts w:ascii="BIZ UDPゴシック" w:eastAsia="BIZ UDPゴシック" w:hAnsi="BIZ UDPゴシック"/>
                <w:b/>
                <w:sz w:val="20"/>
                <w:lang w:eastAsia="ja-JP"/>
              </w:rPr>
              <w:br/>
            </w:r>
            <w:r w:rsidRPr="00423F8C">
              <w:rPr>
                <w:rFonts w:ascii="BIZ UDPゴシック" w:eastAsia="BIZ UDPゴシック" w:hAnsi="BIZ UDPゴシック"/>
                <w:b/>
                <w:sz w:val="20"/>
                <w:lang w:eastAsia="ja-JP"/>
              </w:rPr>
              <w:t>従事予定者数</w:t>
            </w:r>
          </w:p>
        </w:tc>
        <w:tc>
          <w:tcPr>
            <w:tcW w:w="2607" w:type="dxa"/>
            <w:tcMar>
              <w:top w:w="110" w:type="dxa"/>
              <w:left w:w="120" w:type="dxa"/>
              <w:bottom w:w="110" w:type="dxa"/>
              <w:right w:w="120" w:type="dxa"/>
            </w:tcMar>
            <w:vAlign w:val="center"/>
          </w:tcPr>
          <w:p w:rsidR="0027654C" w:rsidRPr="00423F8C" w:rsidRDefault="00423F8C">
            <w:pPr>
              <w:spacing w:after="0" w:line="240" w:lineRule="auto"/>
              <w:rPr>
                <w:rFonts w:ascii="BIZ UDPゴシック" w:eastAsia="BIZ UDPゴシック" w:hAnsi="BIZ UDPゴシック"/>
              </w:rPr>
            </w:pPr>
            <w:r w:rsidRPr="00423F8C">
              <w:rPr>
                <w:rFonts w:ascii="BIZ UDPゴシック" w:eastAsia="BIZ UDPゴシック" w:hAnsi="BIZ UDPゴシック"/>
                <w:sz w:val="20"/>
                <w:lang w:eastAsia="ja-JP"/>
              </w:rPr>
              <w:t xml:space="preserve">　　　　　　　　　</w:t>
            </w:r>
            <w:r w:rsidRPr="00423F8C">
              <w:rPr>
                <w:rFonts w:ascii="BIZ UDPゴシック" w:eastAsia="BIZ UDPゴシック" w:hAnsi="BIZ UDPゴシック"/>
                <w:sz w:val="20"/>
              </w:rPr>
              <w:t>人</w:t>
            </w:r>
          </w:p>
        </w:tc>
      </w:tr>
    </w:tbl>
    <w:p w:rsidR="0027654C" w:rsidRPr="00423F8C" w:rsidRDefault="00423F8C">
      <w:pPr>
        <w:spacing w:before="100" w:after="0"/>
        <w:rPr>
          <w:rFonts w:ascii="BIZ UDPゴシック" w:eastAsia="BIZ UDPゴシック" w:hAnsi="BIZ UDPゴシック"/>
          <w:lang w:eastAsia="ja-JP"/>
        </w:rPr>
      </w:pPr>
      <w:r w:rsidRPr="00423F8C">
        <w:rPr>
          <w:rFonts w:ascii="BIZ UDPゴシック" w:eastAsia="BIZ UDPゴシック" w:hAnsi="BIZ UDPゴシック"/>
          <w:sz w:val="17"/>
          <w:lang w:eastAsia="ja-JP"/>
        </w:rPr>
        <w:t>※</w:t>
      </w:r>
      <w:r w:rsidRPr="00423F8C">
        <w:rPr>
          <w:rFonts w:ascii="BIZ UDPゴシック" w:eastAsia="BIZ UDPゴシック" w:hAnsi="BIZ UDPゴシック"/>
          <w:sz w:val="17"/>
          <w:lang w:eastAsia="ja-JP"/>
        </w:rPr>
        <w:t>県外に主たる事務所がある場合は、県内に事業所があるときのみ「県内事業所所在地」欄を記入してください。</w:t>
      </w:r>
    </w:p>
    <w:p w:rsidR="0027654C" w:rsidRPr="00423F8C" w:rsidRDefault="00423F8C">
      <w:pPr>
        <w:spacing w:before="20" w:after="0"/>
        <w:rPr>
          <w:rFonts w:ascii="BIZ UDPゴシック" w:eastAsia="BIZ UDPゴシック" w:hAnsi="BIZ UDPゴシック"/>
          <w:lang w:eastAsia="ja-JP"/>
        </w:rPr>
      </w:pPr>
      <w:r w:rsidRPr="00423F8C">
        <w:rPr>
          <w:rFonts w:ascii="BIZ UDPゴシック" w:eastAsia="BIZ UDPゴシック" w:hAnsi="BIZ UDPゴシック"/>
          <w:sz w:val="17"/>
          <w:lang w:eastAsia="ja-JP"/>
        </w:rPr>
        <w:t>※</w:t>
      </w:r>
      <w:r w:rsidRPr="00423F8C">
        <w:rPr>
          <w:rFonts w:ascii="BIZ UDPゴシック" w:eastAsia="BIZ UDPゴシック" w:hAnsi="BIZ UDPゴシック"/>
          <w:sz w:val="17"/>
          <w:lang w:eastAsia="ja-JP"/>
        </w:rPr>
        <w:t>個人事業主の場合は、「資本金」欄の記入は不要です。</w:t>
      </w:r>
    </w:p>
    <w:p w:rsidR="0027654C" w:rsidRPr="00423F8C" w:rsidRDefault="00423F8C">
      <w:pPr>
        <w:spacing w:before="20" w:after="0"/>
        <w:rPr>
          <w:rFonts w:ascii="BIZ UDPゴシック" w:eastAsia="BIZ UDPゴシック" w:hAnsi="BIZ UDPゴシック"/>
          <w:lang w:eastAsia="ja-JP"/>
        </w:rPr>
      </w:pPr>
      <w:r w:rsidRPr="00423F8C">
        <w:rPr>
          <w:rFonts w:ascii="BIZ UDPゴシック" w:eastAsia="BIZ UDPゴシック" w:hAnsi="BIZ UDPゴシック"/>
          <w:sz w:val="17"/>
          <w:lang w:eastAsia="ja-JP"/>
        </w:rPr>
        <w:t>※</w:t>
      </w:r>
      <w:r w:rsidRPr="00423F8C">
        <w:rPr>
          <w:rFonts w:ascii="BIZ UDPゴシック" w:eastAsia="BIZ UDPゴシック" w:hAnsi="BIZ UDPゴシック"/>
          <w:sz w:val="17"/>
          <w:lang w:eastAsia="ja-JP"/>
        </w:rPr>
        <w:t>必要に応じ、組織図、事業案内その他事業内容が分かる資料を添付しても差し支えありません。</w:t>
      </w:r>
    </w:p>
    <w:p w:rsidR="00423F8C" w:rsidRDefault="00423F8C" w:rsidP="00423F8C">
      <w:pPr>
        <w:rPr>
          <w:rFonts w:ascii="BIZ UDPゴシック" w:eastAsia="BIZ UDPゴシック" w:hAnsi="BIZ UDPゴシック" w:hint="eastAsia"/>
          <w:lang w:eastAsia="ja-JP"/>
        </w:rPr>
      </w:pPr>
      <w:bookmarkStart w:id="0" w:name="_GoBack"/>
      <w:bookmarkEnd w:id="0"/>
    </w:p>
    <w:sectPr w:rsidR="00423F8C" w:rsidSect="00034616">
      <w:pgSz w:w="11906" w:h="16838"/>
      <w:pgMar w:top="794" w:right="1020" w:bottom="794" w:left="102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7654C"/>
    <w:rsid w:val="0029639D"/>
    <w:rsid w:val="00326F90"/>
    <w:rsid w:val="00423F8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088339E5"/>
  <w14:defaultImageDpi w14:val="300"/>
  <w15:docId w15:val="{96262B7A-1755-4649-8260-47A4988C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Noto Sans CJK JP" w:eastAsia="Noto Sans CJK JP" w:hAnsi="Noto Sans CJK JP"/>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10BD4-340D-483D-9846-A55142A20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商工政策課</cp:lastModifiedBy>
  <cp:revision>2</cp:revision>
  <dcterms:created xsi:type="dcterms:W3CDTF">2026-08-19T11:39:00Z</dcterms:created>
  <dcterms:modified xsi:type="dcterms:W3CDTF">2026-08-19T11:39:00Z</dcterms:modified>
  <cp:category/>
</cp:coreProperties>
</file>