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C22" w:rsidRPr="00DD75ED" w:rsidRDefault="000B28F9">
      <w:pPr>
        <w:jc w:val="right"/>
        <w:rPr>
          <w:rFonts w:ascii="BIZ UDPゴシック" w:eastAsia="BIZ UDPゴシック" w:hAnsi="BIZ UDPゴシック"/>
        </w:rPr>
      </w:pPr>
      <w:bookmarkStart w:id="0" w:name="_GoBack"/>
      <w:bookmarkEnd w:id="0"/>
      <w:r>
        <w:rPr>
          <w:rFonts w:ascii="BIZ UDPゴシック" w:eastAsia="BIZ UDPゴシック" w:hAnsi="BIZ UDPゴシック" w:hint="eastAsia"/>
          <w:b/>
          <w:lang w:eastAsia="ja-JP"/>
        </w:rPr>
        <w:t>【</w:t>
      </w:r>
      <w:r w:rsidR="00DD75ED" w:rsidRPr="00DD75ED">
        <w:rPr>
          <w:rFonts w:ascii="BIZ UDPゴシック" w:eastAsia="BIZ UDPゴシック" w:hAnsi="BIZ UDPゴシック"/>
          <w:b/>
        </w:rPr>
        <w:t>様式５</w:t>
      </w:r>
      <w:r>
        <w:rPr>
          <w:rFonts w:ascii="BIZ UDPゴシック" w:eastAsia="BIZ UDPゴシック" w:hAnsi="BIZ UDPゴシック" w:hint="eastAsia"/>
          <w:b/>
          <w:lang w:eastAsia="ja-JP"/>
        </w:rPr>
        <w:t>】</w:t>
      </w:r>
    </w:p>
    <w:p w:rsidR="00347C22" w:rsidRPr="00DD75ED" w:rsidRDefault="00DD75ED">
      <w:pPr>
        <w:spacing w:before="160" w:after="280"/>
        <w:jc w:val="center"/>
        <w:rPr>
          <w:rFonts w:ascii="BIZ UDPゴシック" w:eastAsia="BIZ UDPゴシック" w:hAnsi="BIZ UDPゴシック"/>
        </w:rPr>
      </w:pPr>
      <w:r w:rsidRPr="00DD75ED">
        <w:rPr>
          <w:rFonts w:ascii="BIZ UDPゴシック" w:eastAsia="BIZ UDPゴシック" w:hAnsi="BIZ UDPゴシック"/>
          <w:b/>
          <w:sz w:val="36"/>
        </w:rPr>
        <w:t>参加辞退届</w:t>
      </w:r>
    </w:p>
    <w:p w:rsidR="00347C22" w:rsidRPr="00DD75ED" w:rsidRDefault="00DD75ED">
      <w:pPr>
        <w:jc w:val="right"/>
        <w:rPr>
          <w:rFonts w:ascii="BIZ UDPゴシック" w:eastAsia="BIZ UDPゴシック" w:hAnsi="BIZ UDPゴシック"/>
        </w:rPr>
      </w:pPr>
      <w:r w:rsidRPr="00DD75ED">
        <w:rPr>
          <w:rFonts w:ascii="BIZ UDPゴシック" w:eastAsia="BIZ UDPゴシック" w:hAnsi="BIZ UDPゴシック"/>
        </w:rPr>
        <w:t>令和　　年　　月　　日</w:t>
      </w:r>
    </w:p>
    <w:p w:rsidR="00347C22" w:rsidRPr="00DD75ED" w:rsidRDefault="00DD75ED">
      <w:pPr>
        <w:spacing w:before="160"/>
        <w:rPr>
          <w:rFonts w:ascii="BIZ UDPゴシック" w:eastAsia="BIZ UDPゴシック" w:hAnsi="BIZ UDPゴシック"/>
        </w:rPr>
      </w:pPr>
      <w:r w:rsidRPr="00DD75ED">
        <w:rPr>
          <w:rFonts w:ascii="BIZ UDPゴシック" w:eastAsia="BIZ UDPゴシック" w:hAnsi="BIZ UDPゴシック"/>
        </w:rPr>
        <w:t>奄美市長　殿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814"/>
        <w:gridCol w:w="4422"/>
      </w:tblGrid>
      <w:tr w:rsidR="00347C22" w:rsidRPr="00DD75ED">
        <w:trPr>
          <w:jc w:val="right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C22" w:rsidRPr="00DD75ED" w:rsidRDefault="00DD75ED">
            <w:pPr>
              <w:jc w:val="right"/>
              <w:rPr>
                <w:rFonts w:ascii="BIZ UDPゴシック" w:eastAsia="BIZ UDPゴシック" w:hAnsi="BIZ UDPゴシック"/>
              </w:rPr>
            </w:pPr>
            <w:r w:rsidRPr="00DD75ED">
              <w:rPr>
                <w:rFonts w:ascii="BIZ UDPゴシック" w:eastAsia="BIZ UDPゴシック" w:hAnsi="BIZ UDPゴシック"/>
              </w:rPr>
              <w:t>所在地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777777"/>
              <w:right w:val="nil"/>
            </w:tcBorders>
            <w:vAlign w:val="center"/>
          </w:tcPr>
          <w:p w:rsidR="00347C22" w:rsidRPr="00DD75ED" w:rsidRDefault="00347C22">
            <w:pPr>
              <w:ind w:left="113"/>
              <w:rPr>
                <w:rFonts w:ascii="BIZ UDPゴシック" w:eastAsia="BIZ UDPゴシック" w:hAnsi="BIZ UDPゴシック"/>
              </w:rPr>
            </w:pPr>
          </w:p>
        </w:tc>
      </w:tr>
      <w:tr w:rsidR="00347C22" w:rsidRPr="00DD75ED">
        <w:trPr>
          <w:jc w:val="right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C22" w:rsidRPr="00DD75ED" w:rsidRDefault="00DD75ED">
            <w:pPr>
              <w:jc w:val="right"/>
              <w:rPr>
                <w:rFonts w:ascii="BIZ UDPゴシック" w:eastAsia="BIZ UDPゴシック" w:hAnsi="BIZ UDPゴシック"/>
              </w:rPr>
            </w:pPr>
            <w:r w:rsidRPr="00DD75ED">
              <w:rPr>
                <w:rFonts w:ascii="BIZ UDPゴシック" w:eastAsia="BIZ UDPゴシック" w:hAnsi="BIZ UDPゴシック"/>
              </w:rPr>
              <w:t>商号又は名称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777777"/>
              <w:right w:val="nil"/>
            </w:tcBorders>
            <w:vAlign w:val="center"/>
          </w:tcPr>
          <w:p w:rsidR="00347C22" w:rsidRPr="00DD75ED" w:rsidRDefault="00347C22">
            <w:pPr>
              <w:ind w:left="113"/>
              <w:rPr>
                <w:rFonts w:ascii="BIZ UDPゴシック" w:eastAsia="BIZ UDPゴシック" w:hAnsi="BIZ UDPゴシック"/>
              </w:rPr>
            </w:pPr>
          </w:p>
        </w:tc>
      </w:tr>
      <w:tr w:rsidR="00347C22" w:rsidRPr="00DD75ED">
        <w:trPr>
          <w:jc w:val="right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C22" w:rsidRPr="00DD75ED" w:rsidRDefault="00DD75ED">
            <w:pPr>
              <w:jc w:val="right"/>
              <w:rPr>
                <w:rFonts w:ascii="BIZ UDPゴシック" w:eastAsia="BIZ UDPゴシック" w:hAnsi="BIZ UDPゴシック"/>
              </w:rPr>
            </w:pPr>
            <w:r w:rsidRPr="00DD75ED">
              <w:rPr>
                <w:rFonts w:ascii="BIZ UDPゴシック" w:eastAsia="BIZ UDPゴシック" w:hAnsi="BIZ UDPゴシック"/>
              </w:rPr>
              <w:t>代表者職・氏名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777777"/>
              <w:right w:val="nil"/>
            </w:tcBorders>
            <w:vAlign w:val="center"/>
          </w:tcPr>
          <w:p w:rsidR="00347C22" w:rsidRPr="00DD75ED" w:rsidRDefault="00347C22">
            <w:pPr>
              <w:ind w:left="113"/>
              <w:rPr>
                <w:rFonts w:ascii="BIZ UDPゴシック" w:eastAsia="BIZ UDPゴシック" w:hAnsi="BIZ UDPゴシック"/>
              </w:rPr>
            </w:pPr>
          </w:p>
        </w:tc>
      </w:tr>
      <w:tr w:rsidR="00347C22" w:rsidRPr="00DD75ED">
        <w:trPr>
          <w:jc w:val="right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C22" w:rsidRPr="00DD75ED" w:rsidRDefault="00DD75ED">
            <w:pPr>
              <w:jc w:val="right"/>
              <w:rPr>
                <w:rFonts w:ascii="BIZ UDPゴシック" w:eastAsia="BIZ UDPゴシック" w:hAnsi="BIZ UDPゴシック"/>
              </w:rPr>
            </w:pPr>
            <w:r w:rsidRPr="00DD75ED">
              <w:rPr>
                <w:rFonts w:ascii="BIZ UDPゴシック" w:eastAsia="BIZ UDPゴシック" w:hAnsi="BIZ UDPゴシック"/>
              </w:rPr>
              <w:t>連絡先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777777"/>
              <w:right w:val="nil"/>
            </w:tcBorders>
            <w:vAlign w:val="center"/>
          </w:tcPr>
          <w:p w:rsidR="00347C22" w:rsidRPr="00DD75ED" w:rsidRDefault="00347C22">
            <w:pPr>
              <w:ind w:left="113"/>
              <w:rPr>
                <w:rFonts w:ascii="BIZ UDPゴシック" w:eastAsia="BIZ UDPゴシック" w:hAnsi="BIZ UDPゴシック"/>
              </w:rPr>
            </w:pPr>
          </w:p>
        </w:tc>
      </w:tr>
    </w:tbl>
    <w:p w:rsidR="00347C22" w:rsidRDefault="00DD75ED">
      <w:pPr>
        <w:spacing w:before="400" w:line="384" w:lineRule="auto"/>
        <w:rPr>
          <w:rFonts w:ascii="BIZ UDPゴシック" w:eastAsia="BIZ UDPゴシック" w:hAnsi="BIZ UDPゴシック"/>
          <w:lang w:eastAsia="ja-JP"/>
        </w:rPr>
      </w:pPr>
      <w:r w:rsidRPr="00DD75ED">
        <w:rPr>
          <w:rFonts w:ascii="BIZ UDPゴシック" w:eastAsia="BIZ UDPゴシック" w:hAnsi="BIZ UDPゴシック"/>
          <w:lang w:eastAsia="ja-JP"/>
        </w:rPr>
        <w:t>令和８年度 奄美市 AI活用マーケティング人材育成業務委託公募型プロポーザルについて、参加申込みを行いましたが、下記の理由により参加を辞退します。</w:t>
      </w:r>
    </w:p>
    <w:p w:rsidR="00DD75ED" w:rsidRPr="00DD75ED" w:rsidRDefault="00DD75ED">
      <w:pPr>
        <w:spacing w:before="400" w:line="384" w:lineRule="auto"/>
        <w:rPr>
          <w:rFonts w:ascii="BIZ UDPゴシック" w:eastAsia="BIZ UDPゴシック" w:hAnsi="BIZ UDPゴシック"/>
          <w:lang w:eastAsia="ja-JP"/>
        </w:rPr>
      </w:pPr>
    </w:p>
    <w:p w:rsidR="00347C22" w:rsidRDefault="00DD75ED">
      <w:pPr>
        <w:spacing w:before="280" w:after="240"/>
        <w:jc w:val="center"/>
        <w:rPr>
          <w:rFonts w:ascii="BIZ UDPゴシック" w:eastAsia="BIZ UDPゴシック" w:hAnsi="BIZ UDPゴシック"/>
          <w:b/>
        </w:rPr>
      </w:pPr>
      <w:r w:rsidRPr="00DD75ED">
        <w:rPr>
          <w:rFonts w:ascii="BIZ UDPゴシック" w:eastAsia="BIZ UDPゴシック" w:hAnsi="BIZ UDPゴシック"/>
          <w:b/>
        </w:rPr>
        <w:t>記</w:t>
      </w:r>
    </w:p>
    <w:p w:rsidR="00DD75ED" w:rsidRPr="00DD75ED" w:rsidRDefault="00DD75ED">
      <w:pPr>
        <w:spacing w:before="280" w:after="240"/>
        <w:jc w:val="center"/>
        <w:rPr>
          <w:rFonts w:ascii="BIZ UDPゴシック" w:eastAsia="BIZ UDPゴシック" w:hAnsi="BIZ UDPゴシック"/>
        </w:rPr>
      </w:pPr>
    </w:p>
    <w:tbl>
      <w:tblPr>
        <w:tblW w:w="0" w:type="auto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347C22" w:rsidRPr="00DD75ED">
        <w:trPr>
          <w:jc w:val="center"/>
        </w:trPr>
        <w:tc>
          <w:tcPr>
            <w:tcW w:w="4873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47C22" w:rsidRPr="00DD75ED" w:rsidRDefault="00DD75ED">
            <w:pPr>
              <w:spacing w:after="0" w:line="312" w:lineRule="auto"/>
              <w:rPr>
                <w:rFonts w:ascii="BIZ UDPゴシック" w:eastAsia="BIZ UDPゴシック" w:hAnsi="BIZ UDPゴシック"/>
              </w:rPr>
            </w:pPr>
            <w:r w:rsidRPr="00DD75ED">
              <w:rPr>
                <w:rFonts w:ascii="BIZ UDPゴシック" w:eastAsia="BIZ UDPゴシック" w:hAnsi="BIZ UDPゴシック"/>
              </w:rPr>
              <w:t>１　業務名</w:t>
            </w:r>
          </w:p>
        </w:tc>
        <w:tc>
          <w:tcPr>
            <w:tcW w:w="4873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47C22" w:rsidRPr="00DD75ED" w:rsidRDefault="00DD75ED">
            <w:pPr>
              <w:spacing w:after="0" w:line="312" w:lineRule="auto"/>
              <w:rPr>
                <w:rFonts w:ascii="BIZ UDPゴシック" w:eastAsia="BIZ UDPゴシック" w:hAnsi="BIZ UDPゴシック"/>
                <w:lang w:eastAsia="ja-JP"/>
              </w:rPr>
            </w:pPr>
            <w:r w:rsidRPr="00DD75ED">
              <w:rPr>
                <w:rFonts w:ascii="BIZ UDPゴシック" w:eastAsia="BIZ UDPゴシック" w:hAnsi="BIZ UDPゴシック"/>
                <w:lang w:eastAsia="ja-JP"/>
              </w:rPr>
              <w:t>令和８年度 奄美市 AI活用マーケティング人材育成業務委託</w:t>
            </w:r>
          </w:p>
        </w:tc>
      </w:tr>
      <w:tr w:rsidR="00347C22" w:rsidRPr="00DD75ED">
        <w:trPr>
          <w:trHeight w:val="2268"/>
          <w:jc w:val="center"/>
        </w:trPr>
        <w:tc>
          <w:tcPr>
            <w:tcW w:w="4873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47C22" w:rsidRPr="00DD75ED" w:rsidRDefault="00DD75ED">
            <w:pPr>
              <w:spacing w:after="0" w:line="312" w:lineRule="auto"/>
              <w:rPr>
                <w:rFonts w:ascii="BIZ UDPゴシック" w:eastAsia="BIZ UDPゴシック" w:hAnsi="BIZ UDPゴシック"/>
              </w:rPr>
            </w:pPr>
            <w:r w:rsidRPr="00DD75ED">
              <w:rPr>
                <w:rFonts w:ascii="BIZ UDPゴシック" w:eastAsia="BIZ UDPゴシック" w:hAnsi="BIZ UDPゴシック"/>
              </w:rPr>
              <w:t xml:space="preserve">２　</w:t>
            </w:r>
            <w:proofErr w:type="spellStart"/>
            <w:r w:rsidRPr="00DD75ED">
              <w:rPr>
                <w:rFonts w:ascii="BIZ UDPゴシック" w:eastAsia="BIZ UDPゴシック" w:hAnsi="BIZ UDPゴシック"/>
              </w:rPr>
              <w:t>辞退理由</w:t>
            </w:r>
            <w:proofErr w:type="spellEnd"/>
          </w:p>
        </w:tc>
        <w:tc>
          <w:tcPr>
            <w:tcW w:w="4873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47C22" w:rsidRPr="00DD75ED" w:rsidRDefault="00347C22">
            <w:pPr>
              <w:spacing w:after="0" w:line="312" w:lineRule="auto"/>
              <w:rPr>
                <w:rFonts w:ascii="BIZ UDPゴシック" w:eastAsia="BIZ UDPゴシック" w:hAnsi="BIZ UDPゴシック"/>
              </w:rPr>
            </w:pPr>
          </w:p>
        </w:tc>
      </w:tr>
    </w:tbl>
    <w:p w:rsidR="00347C22" w:rsidRPr="00DD75ED" w:rsidRDefault="00347C22" w:rsidP="00DD75ED">
      <w:pPr>
        <w:spacing w:before="240"/>
        <w:rPr>
          <w:rFonts w:ascii="BIZ UDPゴシック" w:eastAsia="BIZ UDPゴシック" w:hAnsi="BIZ UDPゴシック"/>
        </w:rPr>
      </w:pPr>
    </w:p>
    <w:p w:rsidR="00347C22" w:rsidRPr="00DD75ED" w:rsidRDefault="00DD75ED">
      <w:pPr>
        <w:spacing w:before="360"/>
        <w:rPr>
          <w:rFonts w:ascii="BIZ UDPゴシック" w:eastAsia="BIZ UDPゴシック" w:hAnsi="BIZ UDPゴシック"/>
          <w:lang w:eastAsia="ja-JP"/>
        </w:rPr>
      </w:pPr>
      <w:r w:rsidRPr="00DD75ED">
        <w:rPr>
          <w:rFonts w:ascii="BIZ UDPゴシック" w:eastAsia="BIZ UDPゴシック" w:hAnsi="BIZ UDPゴシック"/>
          <w:sz w:val="18"/>
          <w:lang w:eastAsia="ja-JP"/>
        </w:rPr>
        <w:t>※参加申込後に辞退する場合は、速やかに担当部署へ提出してください。</w:t>
      </w:r>
    </w:p>
    <w:sectPr w:rsidR="00347C22" w:rsidRPr="00DD75ED" w:rsidSect="00E72114">
      <w:pgSz w:w="11906" w:h="16838" w:code="9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28F9"/>
    <w:rsid w:val="0015074B"/>
    <w:rsid w:val="0029639D"/>
    <w:rsid w:val="00326F90"/>
    <w:rsid w:val="00347C22"/>
    <w:rsid w:val="00AA1D8D"/>
    <w:rsid w:val="00B47730"/>
    <w:rsid w:val="00CB0664"/>
    <w:rsid w:val="00DD75ED"/>
    <w:rsid w:val="00E72114"/>
    <w:rsid w:val="00F658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00"/>
  <w15:docId w15:val="{F4A073C6-F3EC-4A56-87B4-47CD14BB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游明朝" w:eastAsia="游明朝" w:hAnsi="游明朝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F4630A-3DAD-4C66-A21D-C2369C33A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商工政策課</cp:lastModifiedBy>
  <cp:revision>5</cp:revision>
  <dcterms:created xsi:type="dcterms:W3CDTF">2026-08-19T11:22:00Z</dcterms:created>
  <dcterms:modified xsi:type="dcterms:W3CDTF">2026-08-19T12:04:00Z</dcterms:modified>
  <cp:category/>
</cp:coreProperties>
</file>