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4BA" w:rsidRDefault="00BF64BA">
      <w:pPr>
        <w:rPr>
          <w:lang w:eastAsia="ja-JP"/>
        </w:rPr>
      </w:pPr>
    </w:p>
    <w:p w:rsidR="00BF64BA" w:rsidRPr="00F25FE9" w:rsidRDefault="00F25FE9" w:rsidP="00F25FE9">
      <w:pPr>
        <w:spacing w:after="20" w:line="240" w:lineRule="auto"/>
        <w:jc w:val="right"/>
        <w:rPr>
          <w:rFonts w:ascii="BIZ UDPゴシック" w:eastAsia="BIZ UDPゴシック" w:hAnsi="BIZ UDPゴシック"/>
          <w:lang w:eastAsia="ja-JP"/>
        </w:rPr>
      </w:pPr>
      <w:r w:rsidRPr="00F25FE9">
        <w:rPr>
          <w:rFonts w:ascii="BIZ UDPゴシック" w:eastAsia="BIZ UDPゴシック" w:hAnsi="BIZ UDPゴシック"/>
          <w:lang w:eastAsia="ja-JP"/>
        </w:rPr>
        <w:t>【様式３】</w:t>
      </w:r>
    </w:p>
    <w:p w:rsidR="00F25FE9" w:rsidRPr="00F25FE9" w:rsidRDefault="00F25FE9" w:rsidP="00F25FE9">
      <w:pPr>
        <w:spacing w:after="20" w:line="240" w:lineRule="auto"/>
        <w:jc w:val="right"/>
        <w:rPr>
          <w:rFonts w:ascii="BIZ UDPゴシック" w:eastAsia="BIZ UDPゴシック" w:hAnsi="BIZ UDPゴシック" w:hint="eastAsia"/>
          <w:lang w:eastAsia="ja-JP"/>
        </w:rPr>
      </w:pPr>
    </w:p>
    <w:p w:rsidR="00BF64BA" w:rsidRPr="00F25FE9" w:rsidRDefault="00F25FE9">
      <w:pPr>
        <w:spacing w:after="20" w:line="240" w:lineRule="auto"/>
        <w:jc w:val="center"/>
        <w:rPr>
          <w:rFonts w:ascii="BIZ UDPゴシック" w:eastAsia="BIZ UDPゴシック" w:hAnsi="BIZ UDPゴシック"/>
          <w:lang w:eastAsia="ja-JP"/>
        </w:rPr>
      </w:pPr>
      <w:r w:rsidRPr="00F25FE9">
        <w:rPr>
          <w:rFonts w:ascii="BIZ UDPゴシック" w:eastAsia="BIZ UDPゴシック" w:hAnsi="BIZ UDPゴシック"/>
          <w:lang w:eastAsia="ja-JP"/>
        </w:rPr>
        <w:t>本業務に関連する活動実績</w:t>
      </w:r>
    </w:p>
    <w:p w:rsidR="00F25FE9" w:rsidRPr="00F25FE9" w:rsidRDefault="00F25FE9">
      <w:pPr>
        <w:spacing w:after="20" w:line="240" w:lineRule="auto"/>
        <w:jc w:val="center"/>
        <w:rPr>
          <w:rFonts w:ascii="BIZ UDPゴシック" w:eastAsia="BIZ UDPゴシック" w:hAnsi="BIZ UDPゴシック" w:hint="eastAsia"/>
          <w:lang w:eastAsia="ja-JP"/>
        </w:rPr>
      </w:pPr>
      <w:bookmarkStart w:id="0" w:name="_GoBack"/>
      <w:bookmarkEnd w:id="0"/>
    </w:p>
    <w:p w:rsidR="00BF64BA" w:rsidRPr="00F25FE9" w:rsidRDefault="00F25FE9">
      <w:pPr>
        <w:spacing w:after="120" w:line="240" w:lineRule="auto"/>
        <w:jc w:val="center"/>
        <w:rPr>
          <w:rFonts w:ascii="BIZ UDPゴシック" w:eastAsia="BIZ UDPゴシック" w:hAnsi="BIZ UDPゴシック"/>
          <w:lang w:eastAsia="ja-JP"/>
        </w:rPr>
      </w:pPr>
      <w:r w:rsidRPr="00F25FE9">
        <w:rPr>
          <w:rFonts w:ascii="BIZ UDPゴシック" w:eastAsia="BIZ UDPゴシック" w:hAnsi="BIZ UDPゴシック"/>
          <w:lang w:eastAsia="ja-JP"/>
        </w:rPr>
        <w:t>令和８年度</w:t>
      </w:r>
      <w:r w:rsidRPr="00F25FE9">
        <w:rPr>
          <w:rFonts w:ascii="BIZ UDPゴシック" w:eastAsia="BIZ UDPゴシック" w:hAnsi="BIZ UDPゴシック"/>
          <w:lang w:eastAsia="ja-JP"/>
        </w:rPr>
        <w:t xml:space="preserve"> </w:t>
      </w:r>
      <w:r w:rsidRPr="00F25FE9">
        <w:rPr>
          <w:rFonts w:ascii="BIZ UDPゴシック" w:eastAsia="BIZ UDPゴシック" w:hAnsi="BIZ UDPゴシック"/>
          <w:lang w:eastAsia="ja-JP"/>
        </w:rPr>
        <w:t>奄美市</w:t>
      </w:r>
      <w:r w:rsidRPr="00F25FE9">
        <w:rPr>
          <w:rFonts w:ascii="BIZ UDPゴシック" w:eastAsia="BIZ UDPゴシック" w:hAnsi="BIZ UDPゴシック"/>
          <w:lang w:eastAsia="ja-JP"/>
        </w:rPr>
        <w:t xml:space="preserve"> AI</w:t>
      </w:r>
      <w:r w:rsidRPr="00F25FE9">
        <w:rPr>
          <w:rFonts w:ascii="BIZ UDPゴシック" w:eastAsia="BIZ UDPゴシック" w:hAnsi="BIZ UDPゴシック"/>
          <w:lang w:eastAsia="ja-JP"/>
        </w:rPr>
        <w:t>活用マーケティング人材育成業務委託</w:t>
      </w:r>
    </w:p>
    <w:p w:rsidR="00F25FE9" w:rsidRPr="00F25FE9" w:rsidRDefault="00F25FE9">
      <w:pPr>
        <w:spacing w:after="120" w:line="240" w:lineRule="auto"/>
        <w:jc w:val="center"/>
        <w:rPr>
          <w:rFonts w:ascii="BIZ UDPゴシック" w:eastAsia="BIZ UDPゴシック" w:hAnsi="BIZ UDPゴシック" w:hint="eastAsia"/>
          <w:lang w:eastAsia="ja-JP"/>
        </w:rPr>
      </w:pPr>
    </w:p>
    <w:p w:rsidR="00BF64BA" w:rsidRPr="00F25FE9" w:rsidRDefault="00F25FE9">
      <w:pPr>
        <w:spacing w:after="100" w:line="240" w:lineRule="auto"/>
        <w:rPr>
          <w:rFonts w:ascii="BIZ UDPゴシック" w:eastAsia="BIZ UDPゴシック" w:hAnsi="BIZ UDPゴシック"/>
          <w:lang w:eastAsia="ja-JP"/>
        </w:rPr>
      </w:pPr>
      <w:r w:rsidRPr="00F25FE9">
        <w:rPr>
          <w:rFonts w:ascii="BIZ UDPゴシック" w:eastAsia="BIZ UDPゴシック" w:hAnsi="BIZ UDPゴシック"/>
          <w:lang w:eastAsia="ja-JP"/>
        </w:rPr>
        <w:t>本業務と同種又は類似する業務実績について、実施期間が直近のものから順に記入してください。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381"/>
        <w:gridCol w:w="1587"/>
        <w:gridCol w:w="2154"/>
        <w:gridCol w:w="3231"/>
      </w:tblGrid>
      <w:tr w:rsidR="00BF64BA" w:rsidRPr="00F25FE9">
        <w:trPr>
          <w:trHeight w:val="737"/>
          <w:tblHeader/>
          <w:jc w:val="center"/>
        </w:trPr>
        <w:tc>
          <w:tcPr>
            <w:tcW w:w="510" w:type="dxa"/>
            <w:shd w:val="clear" w:color="auto" w:fill="F2F2F2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F25FE9">
            <w:pPr>
              <w:jc w:val="center"/>
              <w:rPr>
                <w:rFonts w:ascii="BIZ UDPゴシック" w:eastAsia="BIZ UDPゴシック" w:hAnsi="BIZ UDPゴシック"/>
              </w:rPr>
            </w:pPr>
            <w:r w:rsidRPr="00F25FE9">
              <w:rPr>
                <w:rFonts w:ascii="BIZ UDPゴシック" w:eastAsia="BIZ UDPゴシック" w:hAnsi="BIZ UDPゴシック"/>
                <w:b/>
                <w:sz w:val="18"/>
              </w:rPr>
              <w:t>番号</w:t>
            </w:r>
          </w:p>
        </w:tc>
        <w:tc>
          <w:tcPr>
            <w:tcW w:w="2381" w:type="dxa"/>
            <w:shd w:val="clear" w:color="auto" w:fill="F2F2F2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F25FE9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F25FE9">
              <w:rPr>
                <w:rFonts w:ascii="BIZ UDPゴシック" w:eastAsia="BIZ UDPゴシック" w:hAnsi="BIZ UDPゴシック"/>
                <w:b/>
                <w:sz w:val="19"/>
              </w:rPr>
              <w:t>業務名</w:t>
            </w:r>
          </w:p>
        </w:tc>
        <w:tc>
          <w:tcPr>
            <w:tcW w:w="1587" w:type="dxa"/>
            <w:shd w:val="clear" w:color="auto" w:fill="F2F2F2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F25FE9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F25FE9">
              <w:rPr>
                <w:rFonts w:ascii="BIZ UDPゴシック" w:eastAsia="BIZ UDPゴシック" w:hAnsi="BIZ UDPゴシック"/>
                <w:b/>
                <w:sz w:val="19"/>
              </w:rPr>
              <w:t>実施期間</w:t>
            </w:r>
          </w:p>
        </w:tc>
        <w:tc>
          <w:tcPr>
            <w:tcW w:w="2154" w:type="dxa"/>
            <w:shd w:val="clear" w:color="auto" w:fill="F2F2F2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F25FE9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F25FE9">
              <w:rPr>
                <w:rFonts w:ascii="BIZ UDPゴシック" w:eastAsia="BIZ UDPゴシック" w:hAnsi="BIZ UDPゴシック"/>
                <w:b/>
                <w:sz w:val="19"/>
              </w:rPr>
              <w:t>発注者</w:t>
            </w:r>
            <w:r w:rsidRPr="00F25FE9">
              <w:rPr>
                <w:rFonts w:ascii="BIZ UDPゴシック" w:eastAsia="BIZ UDPゴシック" w:hAnsi="BIZ UDPゴシック"/>
                <w:b/>
                <w:sz w:val="19"/>
              </w:rPr>
              <w:br/>
            </w:r>
            <w:r w:rsidRPr="00F25FE9">
              <w:rPr>
                <w:rFonts w:ascii="BIZ UDPゴシック" w:eastAsia="BIZ UDPゴシック" w:hAnsi="BIZ UDPゴシック"/>
                <w:b/>
                <w:sz w:val="19"/>
              </w:rPr>
              <w:t>（団体名等）</w:t>
            </w:r>
          </w:p>
        </w:tc>
        <w:tc>
          <w:tcPr>
            <w:tcW w:w="3231" w:type="dxa"/>
            <w:shd w:val="clear" w:color="auto" w:fill="F2F2F2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F25FE9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F25FE9">
              <w:rPr>
                <w:rFonts w:ascii="BIZ UDPゴシック" w:eastAsia="BIZ UDPゴシック" w:hAnsi="BIZ UDPゴシック"/>
                <w:b/>
                <w:sz w:val="19"/>
                <w:lang w:eastAsia="ja-JP"/>
              </w:rPr>
              <w:t>業務内容</w:t>
            </w:r>
            <w:r w:rsidRPr="00F25FE9">
              <w:rPr>
                <w:rFonts w:ascii="BIZ UDPゴシック" w:eastAsia="BIZ UDPゴシック" w:hAnsi="BIZ UDPゴシック"/>
                <w:b/>
                <w:sz w:val="19"/>
                <w:lang w:eastAsia="ja-JP"/>
              </w:rPr>
              <w:br/>
            </w:r>
            <w:r w:rsidRPr="00F25FE9">
              <w:rPr>
                <w:rFonts w:ascii="BIZ UDPゴシック" w:eastAsia="BIZ UDPゴシック" w:hAnsi="BIZ UDPゴシック"/>
                <w:b/>
                <w:sz w:val="19"/>
                <w:lang w:eastAsia="ja-JP"/>
              </w:rPr>
              <w:t>（本業務との関連を含む）</w:t>
            </w:r>
          </w:p>
        </w:tc>
      </w:tr>
      <w:tr w:rsidR="00BF64BA" w:rsidRPr="00F25FE9">
        <w:trPr>
          <w:trHeight w:val="1757"/>
          <w:jc w:val="center"/>
        </w:trPr>
        <w:tc>
          <w:tcPr>
            <w:tcW w:w="51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F25FE9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F25FE9">
              <w:rPr>
                <w:rFonts w:ascii="BIZ UDPゴシック" w:eastAsia="BIZ UDPゴシック" w:hAnsi="BIZ UDPゴシック"/>
                <w:sz w:val="19"/>
              </w:rPr>
              <w:t>1</w:t>
            </w:r>
          </w:p>
        </w:tc>
        <w:tc>
          <w:tcPr>
            <w:tcW w:w="238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5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3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BF64BA" w:rsidRPr="00F25FE9">
        <w:trPr>
          <w:trHeight w:val="1757"/>
          <w:jc w:val="center"/>
        </w:trPr>
        <w:tc>
          <w:tcPr>
            <w:tcW w:w="51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F25FE9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F25FE9">
              <w:rPr>
                <w:rFonts w:ascii="BIZ UDPゴシック" w:eastAsia="BIZ UDPゴシック" w:hAnsi="BIZ UDPゴシック"/>
                <w:sz w:val="19"/>
              </w:rPr>
              <w:t>2</w:t>
            </w:r>
          </w:p>
        </w:tc>
        <w:tc>
          <w:tcPr>
            <w:tcW w:w="238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5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3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BF64BA" w:rsidRPr="00F25FE9">
        <w:trPr>
          <w:trHeight w:val="1757"/>
          <w:jc w:val="center"/>
        </w:trPr>
        <w:tc>
          <w:tcPr>
            <w:tcW w:w="51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F25FE9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F25FE9">
              <w:rPr>
                <w:rFonts w:ascii="BIZ UDPゴシック" w:eastAsia="BIZ UDPゴシック" w:hAnsi="BIZ UDPゴシック"/>
                <w:sz w:val="19"/>
              </w:rPr>
              <w:t>3</w:t>
            </w:r>
          </w:p>
        </w:tc>
        <w:tc>
          <w:tcPr>
            <w:tcW w:w="238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5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3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BF64BA" w:rsidRPr="00F25FE9">
        <w:trPr>
          <w:trHeight w:val="1757"/>
          <w:jc w:val="center"/>
        </w:trPr>
        <w:tc>
          <w:tcPr>
            <w:tcW w:w="51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F25FE9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F25FE9">
              <w:rPr>
                <w:rFonts w:ascii="BIZ UDPゴシック" w:eastAsia="BIZ UDPゴシック" w:hAnsi="BIZ UDPゴシック"/>
                <w:sz w:val="19"/>
              </w:rPr>
              <w:t>4</w:t>
            </w:r>
          </w:p>
        </w:tc>
        <w:tc>
          <w:tcPr>
            <w:tcW w:w="238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5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3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BF64BA" w:rsidRPr="00F25FE9">
        <w:trPr>
          <w:trHeight w:val="1757"/>
          <w:jc w:val="center"/>
        </w:trPr>
        <w:tc>
          <w:tcPr>
            <w:tcW w:w="51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F25FE9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F25FE9">
              <w:rPr>
                <w:rFonts w:ascii="BIZ UDPゴシック" w:eastAsia="BIZ UDPゴシック" w:hAnsi="BIZ UDPゴシック"/>
                <w:sz w:val="19"/>
              </w:rPr>
              <w:t>5</w:t>
            </w:r>
          </w:p>
        </w:tc>
        <w:tc>
          <w:tcPr>
            <w:tcW w:w="238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54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31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F64BA" w:rsidRPr="00F25FE9" w:rsidRDefault="00BF64BA">
            <w:pPr>
              <w:spacing w:after="0" w:line="240" w:lineRule="auto"/>
              <w:rPr>
                <w:rFonts w:ascii="BIZ UDPゴシック" w:eastAsia="BIZ UDPゴシック" w:hAnsi="BIZ UDPゴシック"/>
              </w:rPr>
            </w:pPr>
          </w:p>
        </w:tc>
      </w:tr>
    </w:tbl>
    <w:p w:rsidR="00BF64BA" w:rsidRPr="00F25FE9" w:rsidRDefault="00F25FE9">
      <w:pPr>
        <w:spacing w:before="100" w:after="0"/>
        <w:rPr>
          <w:rFonts w:ascii="BIZ UDPゴシック" w:eastAsia="BIZ UDPゴシック" w:hAnsi="BIZ UDPゴシック"/>
          <w:lang w:eastAsia="ja-JP"/>
        </w:rPr>
      </w:pPr>
      <w:r w:rsidRPr="00F25FE9">
        <w:rPr>
          <w:rFonts w:ascii="BIZ UDPゴシック" w:eastAsia="BIZ UDPゴシック" w:hAnsi="BIZ UDPゴシック"/>
          <w:sz w:val="17"/>
          <w:lang w:eastAsia="ja-JP"/>
        </w:rPr>
        <w:t>※</w:t>
      </w:r>
      <w:r w:rsidRPr="00F25FE9">
        <w:rPr>
          <w:rFonts w:ascii="BIZ UDPゴシック" w:eastAsia="BIZ UDPゴシック" w:hAnsi="BIZ UDPゴシック"/>
          <w:sz w:val="17"/>
          <w:lang w:eastAsia="ja-JP"/>
        </w:rPr>
        <w:t>欄が不足する場合は、本様式を複製して記入してください。</w:t>
      </w:r>
    </w:p>
    <w:p w:rsidR="00BF64BA" w:rsidRPr="00F25FE9" w:rsidRDefault="00F25FE9">
      <w:pPr>
        <w:spacing w:before="20" w:after="0"/>
        <w:rPr>
          <w:rFonts w:ascii="BIZ UDPゴシック" w:eastAsia="BIZ UDPゴシック" w:hAnsi="BIZ UDPゴシック"/>
          <w:lang w:eastAsia="ja-JP"/>
        </w:rPr>
      </w:pPr>
      <w:r w:rsidRPr="00F25FE9">
        <w:rPr>
          <w:rFonts w:ascii="BIZ UDPゴシック" w:eastAsia="BIZ UDPゴシック" w:hAnsi="BIZ UDPゴシック"/>
          <w:sz w:val="17"/>
          <w:lang w:eastAsia="ja-JP"/>
        </w:rPr>
        <w:t>※</w:t>
      </w:r>
      <w:r w:rsidRPr="00F25FE9">
        <w:rPr>
          <w:rFonts w:ascii="BIZ UDPゴシック" w:eastAsia="BIZ UDPゴシック" w:hAnsi="BIZ UDPゴシック"/>
          <w:sz w:val="17"/>
          <w:lang w:eastAsia="ja-JP"/>
        </w:rPr>
        <w:t>必要に応じ、実績内容を確認できる資料の提出を求める場合があります。</w:t>
      </w:r>
    </w:p>
    <w:sectPr w:rsidR="00BF64BA" w:rsidRPr="00F25FE9" w:rsidSect="00034616">
      <w:pgSz w:w="11906" w:h="16838"/>
      <w:pgMar w:top="794" w:right="1020" w:bottom="794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FE9" w:rsidRDefault="00F25FE9" w:rsidP="00F25FE9">
      <w:pPr>
        <w:spacing w:after="0" w:line="240" w:lineRule="auto"/>
      </w:pPr>
      <w:r>
        <w:separator/>
      </w:r>
    </w:p>
  </w:endnote>
  <w:endnote w:type="continuationSeparator" w:id="0">
    <w:p w:rsidR="00F25FE9" w:rsidRDefault="00F25FE9" w:rsidP="00F25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FE9" w:rsidRDefault="00F25FE9" w:rsidP="00F25FE9">
      <w:pPr>
        <w:spacing w:after="0" w:line="240" w:lineRule="auto"/>
      </w:pPr>
      <w:r>
        <w:separator/>
      </w:r>
    </w:p>
  </w:footnote>
  <w:footnote w:type="continuationSeparator" w:id="0">
    <w:p w:rsidR="00F25FE9" w:rsidRDefault="00F25FE9" w:rsidP="00F25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F64BA"/>
    <w:rsid w:val="00CB0664"/>
    <w:rsid w:val="00F25F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C86288"/>
  <w14:defaultImageDpi w14:val="300"/>
  <w15:docId w15:val="{FF42EF4A-9FB2-41CC-9C05-963733DF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1FF5D9-455F-43C6-8439-F9F32719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商工政策課</cp:lastModifiedBy>
  <cp:revision>2</cp:revision>
  <dcterms:created xsi:type="dcterms:W3CDTF">2026-08-19T11:40:00Z</dcterms:created>
  <dcterms:modified xsi:type="dcterms:W3CDTF">2026-08-19T11:40:00Z</dcterms:modified>
  <cp:category/>
</cp:coreProperties>
</file>