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A2" w:rsidRDefault="00EF0BA2" w:rsidP="00EF0BA2">
      <w:pPr>
        <w:spacing w:after="40" w:line="360" w:lineRule="auto"/>
        <w:jc w:val="right"/>
        <w:rPr>
          <w:rFonts w:ascii="BIZ UDPゴシック" w:eastAsia="BIZ UDPゴシック" w:hAnsi="BIZ UDPゴシック"/>
        </w:rPr>
      </w:pPr>
    </w:p>
    <w:p w:rsidR="00B242AF" w:rsidRPr="00EF0BA2" w:rsidRDefault="00EF0BA2" w:rsidP="00EF0BA2">
      <w:pPr>
        <w:spacing w:after="40" w:line="360" w:lineRule="auto"/>
        <w:jc w:val="right"/>
        <w:rPr>
          <w:rFonts w:ascii="BIZ UDPゴシック" w:eastAsia="BIZ UDPゴシック" w:hAnsi="BIZ UDPゴシック"/>
        </w:rPr>
      </w:pPr>
      <w:r w:rsidRPr="00EF0BA2">
        <w:rPr>
          <w:rFonts w:ascii="BIZ UDPゴシック" w:eastAsia="BIZ UDPゴシック" w:hAnsi="BIZ UDPゴシック"/>
        </w:rPr>
        <w:t>【様式４】</w:t>
      </w:r>
    </w:p>
    <w:p w:rsidR="00EF0BA2" w:rsidRDefault="00EF0BA2" w:rsidP="00EF0BA2">
      <w:pPr>
        <w:spacing w:after="100" w:line="360" w:lineRule="auto"/>
        <w:jc w:val="right"/>
        <w:rPr>
          <w:rFonts w:ascii="BIZ UDPゴシック" w:eastAsia="BIZ UDPゴシック" w:hAnsi="BIZ UDPゴシック"/>
        </w:rPr>
      </w:pPr>
    </w:p>
    <w:p w:rsidR="00B242AF" w:rsidRPr="00EF0BA2" w:rsidRDefault="00EF0BA2" w:rsidP="00EF0BA2">
      <w:pPr>
        <w:spacing w:after="100" w:line="360" w:lineRule="auto"/>
        <w:jc w:val="right"/>
        <w:rPr>
          <w:rFonts w:ascii="BIZ UDPゴシック" w:eastAsia="BIZ UDPゴシック" w:hAnsi="BIZ UDPゴシック"/>
        </w:rPr>
      </w:pPr>
      <w:proofErr w:type="spellStart"/>
      <w:r w:rsidRPr="00EF0BA2">
        <w:rPr>
          <w:rFonts w:ascii="BIZ UDPゴシック" w:eastAsia="BIZ UDPゴシック" w:hAnsi="BIZ UDPゴシック"/>
        </w:rPr>
        <w:t>令和</w:t>
      </w:r>
      <w:proofErr w:type="spellEnd"/>
      <w:r w:rsidRPr="00EF0BA2">
        <w:rPr>
          <w:rFonts w:ascii="BIZ UDPゴシック" w:eastAsia="BIZ UDPゴシック" w:hAnsi="BIZ UDPゴシック"/>
        </w:rPr>
        <w:t xml:space="preserve">　　年　　月　　日</w:t>
      </w:r>
    </w:p>
    <w:p w:rsidR="00B242AF" w:rsidRPr="00EF0BA2" w:rsidRDefault="00EF0BA2" w:rsidP="00EF0BA2">
      <w:pPr>
        <w:spacing w:after="120" w:line="360" w:lineRule="auto"/>
        <w:rPr>
          <w:rFonts w:ascii="BIZ UDPゴシック" w:eastAsia="BIZ UDPゴシック" w:hAnsi="BIZ UDPゴシック"/>
        </w:rPr>
      </w:pPr>
      <w:r w:rsidRPr="00EF0BA2">
        <w:rPr>
          <w:rFonts w:ascii="BIZ UDPゴシック" w:eastAsia="BIZ UDPゴシック" w:hAnsi="BIZ UDPゴシック"/>
        </w:rPr>
        <w:t>奄美市長　安田　壮平　殿</w:t>
      </w:r>
    </w:p>
    <w:p w:rsidR="00B242AF" w:rsidRPr="00EF0BA2" w:rsidRDefault="00EF0BA2" w:rsidP="00EF0BA2">
      <w:pPr>
        <w:spacing w:after="160" w:line="360" w:lineRule="auto"/>
        <w:jc w:val="center"/>
        <w:rPr>
          <w:rFonts w:ascii="BIZ UDPゴシック" w:eastAsia="BIZ UDPゴシック" w:hAnsi="BIZ UDPゴシック"/>
          <w:sz w:val="24"/>
        </w:rPr>
      </w:pPr>
      <w:r w:rsidRPr="00EF0BA2">
        <w:rPr>
          <w:rFonts w:ascii="BIZ UDPゴシック" w:eastAsia="BIZ UDPゴシック" w:hAnsi="BIZ UDPゴシック"/>
          <w:sz w:val="24"/>
        </w:rPr>
        <w:t>質　問　票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7370"/>
      </w:tblGrid>
      <w:tr w:rsidR="00B242AF" w:rsidRPr="00EF0BA2" w:rsidTr="00EF0BA2">
        <w:trPr>
          <w:jc w:val="center"/>
        </w:trPr>
        <w:tc>
          <w:tcPr>
            <w:tcW w:w="215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事業者名</w:t>
            </w:r>
          </w:p>
        </w:tc>
        <w:tc>
          <w:tcPr>
            <w:tcW w:w="737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 w:rsidTr="00EF0BA2">
        <w:trPr>
          <w:jc w:val="center"/>
        </w:trPr>
        <w:tc>
          <w:tcPr>
            <w:tcW w:w="215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担当者氏名</w:t>
            </w:r>
            <w:bookmarkStart w:id="0" w:name="_GoBack"/>
            <w:bookmarkEnd w:id="0"/>
          </w:p>
        </w:tc>
        <w:tc>
          <w:tcPr>
            <w:tcW w:w="737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 w:rsidTr="00EF0BA2">
        <w:trPr>
          <w:jc w:val="center"/>
        </w:trPr>
        <w:tc>
          <w:tcPr>
            <w:tcW w:w="215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電　話</w:t>
            </w:r>
          </w:p>
        </w:tc>
        <w:tc>
          <w:tcPr>
            <w:tcW w:w="737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 w:rsidTr="00EF0BA2">
        <w:trPr>
          <w:jc w:val="center"/>
        </w:trPr>
        <w:tc>
          <w:tcPr>
            <w:tcW w:w="215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ＦＡＸ</w:t>
            </w:r>
          </w:p>
        </w:tc>
        <w:tc>
          <w:tcPr>
            <w:tcW w:w="737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 w:rsidTr="00EF0BA2">
        <w:trPr>
          <w:jc w:val="center"/>
        </w:trPr>
        <w:tc>
          <w:tcPr>
            <w:tcW w:w="2154" w:type="dxa"/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E-mail</w:t>
            </w:r>
          </w:p>
        </w:tc>
        <w:tc>
          <w:tcPr>
            <w:tcW w:w="7370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</w:tbl>
    <w:p w:rsidR="00B242AF" w:rsidRPr="00EF0BA2" w:rsidRDefault="00B242AF" w:rsidP="00EF0BA2">
      <w:pPr>
        <w:spacing w:after="0" w:line="360" w:lineRule="auto"/>
        <w:rPr>
          <w:rFonts w:ascii="BIZ UDPゴシック" w:eastAsia="BIZ UDPゴシック" w:hAnsi="BIZ UDPゴシック"/>
        </w:rPr>
      </w:pPr>
    </w:p>
    <w:p w:rsidR="00B242AF" w:rsidRPr="00EF0BA2" w:rsidRDefault="00EF0BA2" w:rsidP="00EF0BA2">
      <w:pPr>
        <w:spacing w:after="140" w:line="360" w:lineRule="auto"/>
        <w:rPr>
          <w:rFonts w:ascii="BIZ UDPゴシック" w:eastAsia="BIZ UDPゴシック" w:hAnsi="BIZ UDPゴシック"/>
          <w:lang w:eastAsia="ja-JP"/>
        </w:rPr>
      </w:pPr>
      <w:r w:rsidRPr="00EF0BA2">
        <w:rPr>
          <w:rFonts w:ascii="BIZ UDPゴシック" w:eastAsia="BIZ UDPゴシック" w:hAnsi="BIZ UDPゴシック"/>
          <w:lang w:eastAsia="ja-JP"/>
        </w:rPr>
        <w:t>令和８年度</w:t>
      </w:r>
      <w:r w:rsidRPr="00EF0BA2">
        <w:rPr>
          <w:rFonts w:ascii="BIZ UDPゴシック" w:eastAsia="BIZ UDPゴシック" w:hAnsi="BIZ UDPゴシック"/>
          <w:lang w:eastAsia="ja-JP"/>
        </w:rPr>
        <w:t xml:space="preserve"> </w:t>
      </w:r>
      <w:r w:rsidRPr="00EF0BA2">
        <w:rPr>
          <w:rFonts w:ascii="BIZ UDPゴシック" w:eastAsia="BIZ UDPゴシック" w:hAnsi="BIZ UDPゴシック"/>
          <w:lang w:eastAsia="ja-JP"/>
        </w:rPr>
        <w:t>奄美市</w:t>
      </w:r>
      <w:r w:rsidRPr="00EF0BA2">
        <w:rPr>
          <w:rFonts w:ascii="BIZ UDPゴシック" w:eastAsia="BIZ UDPゴシック" w:hAnsi="BIZ UDPゴシック"/>
          <w:lang w:eastAsia="ja-JP"/>
        </w:rPr>
        <w:t xml:space="preserve"> AI</w:t>
      </w:r>
      <w:r w:rsidRPr="00EF0BA2">
        <w:rPr>
          <w:rFonts w:ascii="BIZ UDPゴシック" w:eastAsia="BIZ UDPゴシック" w:hAnsi="BIZ UDPゴシック"/>
          <w:lang w:eastAsia="ja-JP"/>
        </w:rPr>
        <w:t>活用マーケティング人材育成業務委託に係る公募型プロポーザルについて、以下のとおり質問します。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2948"/>
        <w:gridCol w:w="5783"/>
      </w:tblGrid>
      <w:tr w:rsidR="00B242AF" w:rsidRPr="00EF0BA2">
        <w:trPr>
          <w:tblHeader/>
          <w:jc w:val="center"/>
        </w:trPr>
        <w:tc>
          <w:tcPr>
            <w:tcW w:w="794" w:type="dxa"/>
            <w:shd w:val="clear" w:color="auto" w:fill="E7E6E6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No.</w:t>
            </w:r>
          </w:p>
        </w:tc>
        <w:tc>
          <w:tcPr>
            <w:tcW w:w="2948" w:type="dxa"/>
            <w:shd w:val="clear" w:color="auto" w:fill="E7E6E6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資料名・項目</w:t>
            </w:r>
          </w:p>
        </w:tc>
        <w:tc>
          <w:tcPr>
            <w:tcW w:w="5783" w:type="dxa"/>
            <w:shd w:val="clear" w:color="auto" w:fill="E7E6E6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質問内容</w:t>
            </w:r>
          </w:p>
        </w:tc>
      </w:tr>
      <w:tr w:rsidR="00B242AF" w:rsidRPr="00EF0BA2">
        <w:trPr>
          <w:jc w:val="center"/>
        </w:trPr>
        <w:tc>
          <w:tcPr>
            <w:tcW w:w="794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1</w:t>
            </w:r>
          </w:p>
        </w:tc>
        <w:tc>
          <w:tcPr>
            <w:tcW w:w="2948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  <w:tc>
          <w:tcPr>
            <w:tcW w:w="5783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>
        <w:trPr>
          <w:jc w:val="center"/>
        </w:trPr>
        <w:tc>
          <w:tcPr>
            <w:tcW w:w="794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2</w:t>
            </w:r>
          </w:p>
        </w:tc>
        <w:tc>
          <w:tcPr>
            <w:tcW w:w="2948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  <w:tc>
          <w:tcPr>
            <w:tcW w:w="5783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>
        <w:trPr>
          <w:jc w:val="center"/>
        </w:trPr>
        <w:tc>
          <w:tcPr>
            <w:tcW w:w="794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3</w:t>
            </w:r>
          </w:p>
        </w:tc>
        <w:tc>
          <w:tcPr>
            <w:tcW w:w="2948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  <w:tc>
          <w:tcPr>
            <w:tcW w:w="5783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  <w:tr w:rsidR="00B242AF" w:rsidRPr="00EF0BA2">
        <w:trPr>
          <w:jc w:val="center"/>
        </w:trPr>
        <w:tc>
          <w:tcPr>
            <w:tcW w:w="794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jc w:val="center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>4</w:t>
            </w:r>
          </w:p>
        </w:tc>
        <w:tc>
          <w:tcPr>
            <w:tcW w:w="2948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  <w:tc>
          <w:tcPr>
            <w:tcW w:w="5783" w:type="dxa"/>
            <w:tcMar>
              <w:top w:w="100" w:type="dxa"/>
              <w:left w:w="90" w:type="dxa"/>
              <w:bottom w:w="100" w:type="dxa"/>
              <w:right w:w="90" w:type="dxa"/>
            </w:tcMar>
          </w:tcPr>
          <w:p w:rsidR="00B242AF" w:rsidRPr="00EF0BA2" w:rsidRDefault="00EF0BA2" w:rsidP="00EF0BA2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  <w:r w:rsidRPr="00EF0BA2">
              <w:rPr>
                <w:rFonts w:ascii="BIZ UDPゴシック" w:eastAsia="BIZ UDPゴシック" w:hAnsi="BIZ UDPゴシック"/>
              </w:rPr>
              <w:br/>
            </w:r>
            <w:r w:rsidRPr="00EF0BA2">
              <w:rPr>
                <w:rFonts w:ascii="BIZ UDPゴシック" w:eastAsia="BIZ UDPゴシック" w:hAnsi="BIZ UDPゴシック"/>
              </w:rPr>
              <w:t xml:space="preserve">　</w:t>
            </w:r>
          </w:p>
        </w:tc>
      </w:tr>
    </w:tbl>
    <w:p w:rsidR="00B242AF" w:rsidRPr="00EF0BA2" w:rsidRDefault="00B242AF" w:rsidP="00EF0BA2">
      <w:pPr>
        <w:spacing w:before="100" w:after="0" w:line="360" w:lineRule="auto"/>
        <w:rPr>
          <w:rFonts w:ascii="BIZ UDPゴシック" w:eastAsia="BIZ UDPゴシック" w:hAnsi="BIZ UDPゴシック"/>
        </w:rPr>
      </w:pPr>
    </w:p>
    <w:p w:rsidR="00B242AF" w:rsidRPr="00EF0BA2" w:rsidRDefault="00EF0BA2" w:rsidP="00EF0BA2">
      <w:pPr>
        <w:spacing w:after="20" w:line="360" w:lineRule="auto"/>
        <w:rPr>
          <w:rFonts w:ascii="BIZ UDPゴシック" w:eastAsia="BIZ UDPゴシック" w:hAnsi="BIZ UDPゴシック"/>
          <w:lang w:eastAsia="ja-JP"/>
        </w:rPr>
      </w:pPr>
      <w:r w:rsidRPr="00EF0BA2">
        <w:rPr>
          <w:rFonts w:ascii="BIZ UDPゴシック" w:eastAsia="BIZ UDPゴシック" w:hAnsi="BIZ UDPゴシック"/>
          <w:lang w:eastAsia="ja-JP"/>
        </w:rPr>
        <w:t>※</w:t>
      </w:r>
      <w:r w:rsidRPr="00EF0BA2">
        <w:rPr>
          <w:rFonts w:ascii="BIZ UDPゴシック" w:eastAsia="BIZ UDPゴシック" w:hAnsi="BIZ UDPゴシック"/>
          <w:lang w:eastAsia="ja-JP"/>
        </w:rPr>
        <w:t xml:space="preserve">　質問１件ごとに番号を付すること。</w:t>
      </w:r>
    </w:p>
    <w:p w:rsidR="00B242AF" w:rsidRPr="00EF0BA2" w:rsidRDefault="00EF0BA2" w:rsidP="00EF0BA2">
      <w:pPr>
        <w:spacing w:after="20" w:line="360" w:lineRule="auto"/>
        <w:rPr>
          <w:rFonts w:ascii="BIZ UDPゴシック" w:eastAsia="BIZ UDPゴシック" w:hAnsi="BIZ UDPゴシック"/>
          <w:lang w:eastAsia="ja-JP"/>
        </w:rPr>
      </w:pPr>
      <w:r w:rsidRPr="00EF0BA2">
        <w:rPr>
          <w:rFonts w:ascii="BIZ UDPゴシック" w:eastAsia="BIZ UDPゴシック" w:hAnsi="BIZ UDPゴシック"/>
          <w:lang w:eastAsia="ja-JP"/>
        </w:rPr>
        <w:t>※</w:t>
      </w:r>
      <w:r w:rsidRPr="00EF0BA2">
        <w:rPr>
          <w:rFonts w:ascii="BIZ UDPゴシック" w:eastAsia="BIZ UDPゴシック" w:hAnsi="BIZ UDPゴシック"/>
          <w:lang w:eastAsia="ja-JP"/>
        </w:rPr>
        <w:t xml:space="preserve">　公募型プロポーザル実施要領、仕様書等の資料名及び項目を明確に記載すること。</w:t>
      </w:r>
    </w:p>
    <w:p w:rsidR="00B242AF" w:rsidRPr="00EF0BA2" w:rsidRDefault="00EF0BA2" w:rsidP="00EF0BA2">
      <w:pPr>
        <w:spacing w:after="20" w:line="360" w:lineRule="auto"/>
        <w:rPr>
          <w:rFonts w:ascii="BIZ UDPゴシック" w:eastAsia="BIZ UDPゴシック" w:hAnsi="BIZ UDPゴシック"/>
          <w:lang w:eastAsia="ja-JP"/>
        </w:rPr>
      </w:pPr>
      <w:r w:rsidRPr="00EF0BA2">
        <w:rPr>
          <w:rFonts w:ascii="BIZ UDPゴシック" w:eastAsia="BIZ UDPゴシック" w:hAnsi="BIZ UDPゴシック"/>
          <w:lang w:eastAsia="ja-JP"/>
        </w:rPr>
        <w:t>※</w:t>
      </w:r>
      <w:r w:rsidRPr="00EF0BA2">
        <w:rPr>
          <w:rFonts w:ascii="BIZ UDPゴシック" w:eastAsia="BIZ UDPゴシック" w:hAnsi="BIZ UDPゴシック"/>
          <w:lang w:eastAsia="ja-JP"/>
        </w:rPr>
        <w:t xml:space="preserve">　質問内容は分かりやすく簡潔に記入すること。</w:t>
      </w:r>
    </w:p>
    <w:sectPr w:rsidR="00B242AF" w:rsidRPr="00EF0BA2" w:rsidSect="00034616">
      <w:pgSz w:w="11906" w:h="16838"/>
      <w:pgMar w:top="680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erif CJK JP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242AF"/>
    <w:rsid w:val="00B47730"/>
    <w:rsid w:val="00CB0664"/>
    <w:rsid w:val="00EF0B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0596C"/>
  <w14:defaultImageDpi w14:val="300"/>
  <w15:docId w15:val="{32D7D982-F168-4427-97AA-D59D1583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Noto Serif CJK JP" w:eastAsia="Noto Serif CJK JP" w:hAnsi="Noto Serif CJK JP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0D33E4-5D5D-4E4D-A307-6400603C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令和8年度 奄美市 AI活用マーケティング人材育成業務委託 質問票</vt:lpstr>
      <vt:lpstr/>
    </vt:vector>
  </TitlesOfParts>
  <Manager/>
  <Company/>
  <LinksUpToDate>false</LinksUpToDate>
  <CharactersWithSpaces>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令和8年度 奄美市 AI活用マーケティング人材育成業務委託 質問票</dc:title>
  <dc:subject>公募型プロポーザル 質問票</dc:subject>
  <dc:creator>奄美市</dc:creator>
  <cp:keywords/>
  <dc:description>generated by python-docx</dc:description>
  <cp:lastModifiedBy>商工政策課</cp:lastModifiedBy>
  <cp:revision>2</cp:revision>
  <dcterms:created xsi:type="dcterms:W3CDTF">2026-08-19T11:47:00Z</dcterms:created>
  <dcterms:modified xsi:type="dcterms:W3CDTF">2026-08-19T11:47:00Z</dcterms:modified>
  <cp:category/>
</cp:coreProperties>
</file>